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BDE8A" w14:textId="71581F18" w:rsidR="00A81419" w:rsidRPr="00FF0DE2" w:rsidRDefault="00CC7050" w:rsidP="00A81419">
      <w:pPr>
        <w:pStyle w:val="Instruo"/>
        <w:shd w:val="clear" w:color="auto" w:fill="D9D9D9" w:themeFill="background1" w:themeFillShade="D9"/>
        <w:jc w:val="right"/>
        <w:rPr>
          <w:rFonts w:asciiTheme="majorHAnsi" w:hAnsiTheme="majorHAnsi" w:cstheme="majorHAnsi"/>
          <w:b/>
          <w:bCs/>
          <w:iCs/>
          <w:sz w:val="20"/>
          <w:szCs w:val="20"/>
        </w:rPr>
      </w:pPr>
      <w:r>
        <w:rPr>
          <w:rFonts w:asciiTheme="majorHAnsi" w:hAnsiTheme="majorHAnsi" w:cstheme="majorHAnsi"/>
          <w:b/>
          <w:bCs/>
          <w:iCs/>
          <w:sz w:val="20"/>
          <w:szCs w:val="20"/>
        </w:rPr>
        <w:t xml:space="preserve">NOME DA SEÇÃO | </w:t>
      </w:r>
      <w:r w:rsidRPr="00CC7050">
        <w:rPr>
          <w:rFonts w:asciiTheme="majorHAnsi" w:hAnsiTheme="majorHAnsi" w:cstheme="majorHAnsi"/>
          <w:b/>
          <w:bCs/>
          <w:iCs/>
          <w:sz w:val="20"/>
          <w:szCs w:val="20"/>
          <w:lang w:val="pt-BR"/>
        </w:rPr>
        <w:t>Artigo Completo</w:t>
      </w:r>
    </w:p>
    <w:p w14:paraId="0478CB30" w14:textId="77777777" w:rsidR="00A36011" w:rsidRPr="00A36011" w:rsidRDefault="00A36011" w:rsidP="00CB0EFF">
      <w:pPr>
        <w:ind w:firstLine="0"/>
        <w:rPr>
          <w:rFonts w:ascii="Aptos" w:eastAsia="Quattrocento Sans" w:hAnsi="Aptos" w:cs="Times New Roman"/>
          <w:color w:val="FF0000"/>
          <w:sz w:val="20"/>
          <w:szCs w:val="20"/>
        </w:rPr>
      </w:pPr>
    </w:p>
    <w:p w14:paraId="4306450F" w14:textId="06409712" w:rsidR="005D04F4" w:rsidRPr="00600FB0" w:rsidRDefault="00A44B01" w:rsidP="00FC17B2">
      <w:pPr>
        <w:spacing w:after="240"/>
        <w:ind w:firstLine="0"/>
        <w:jc w:val="left"/>
        <w:rPr>
          <w:rFonts w:asciiTheme="majorHAnsi" w:hAnsiTheme="majorHAnsi" w:cstheme="majorHAnsi"/>
          <w:b/>
          <w:sz w:val="28"/>
          <w:szCs w:val="28"/>
          <w:lang w:val="pt-BR"/>
        </w:rPr>
      </w:pPr>
      <w:r w:rsidRPr="00600FB0">
        <w:rPr>
          <w:rFonts w:asciiTheme="majorHAnsi" w:hAnsiTheme="majorHAnsi" w:cstheme="majorHAnsi"/>
          <w:b/>
          <w:sz w:val="28"/>
          <w:szCs w:val="28"/>
          <w:lang w:val="pt-BR"/>
        </w:rPr>
        <w:t>T</w:t>
      </w:r>
      <w:r w:rsidR="006A3AC3" w:rsidRPr="00600FB0">
        <w:rPr>
          <w:rFonts w:asciiTheme="majorHAnsi" w:hAnsiTheme="majorHAnsi" w:cstheme="majorHAnsi"/>
          <w:b/>
          <w:sz w:val="28"/>
          <w:szCs w:val="28"/>
          <w:lang w:val="pt-BR"/>
        </w:rPr>
        <w:t>ítulo do manuscrito em português</w:t>
      </w:r>
      <w:r w:rsidRPr="00600FB0">
        <w:rPr>
          <w:rFonts w:asciiTheme="majorHAnsi" w:hAnsiTheme="majorHAnsi" w:cstheme="majorHAnsi"/>
          <w:b/>
          <w:sz w:val="28"/>
          <w:szCs w:val="28"/>
          <w:lang w:val="pt-BR"/>
        </w:rPr>
        <w:t xml:space="preserve">: </w:t>
      </w:r>
      <w:r w:rsidR="00E71BB5" w:rsidRPr="00E71BB5">
        <w:rPr>
          <w:rFonts w:asciiTheme="majorHAnsi" w:hAnsiTheme="majorHAnsi" w:cstheme="majorHAnsi"/>
          <w:b/>
          <w:sz w:val="28"/>
          <w:szCs w:val="28"/>
        </w:rPr>
        <w:t xml:space="preserve">deve ser </w:t>
      </w:r>
      <w:r w:rsidR="00E71BB5" w:rsidRPr="00E71BB5">
        <w:rPr>
          <w:rFonts w:asciiTheme="majorHAnsi" w:hAnsiTheme="majorHAnsi" w:cstheme="majorHAnsi"/>
          <w:b/>
          <w:sz w:val="28"/>
          <w:szCs w:val="28"/>
          <w:lang w:val="pt-BR"/>
        </w:rPr>
        <w:t xml:space="preserve">breve e suficientemente específico e descritivo, contendo as palavras-chave que representem o conteúdo do texto. Usar </w:t>
      </w:r>
      <w:r w:rsidRPr="00E71BB5">
        <w:rPr>
          <w:rFonts w:asciiTheme="majorHAnsi" w:hAnsiTheme="majorHAnsi" w:cstheme="majorHAnsi"/>
          <w:b/>
          <w:sz w:val="28"/>
          <w:szCs w:val="28"/>
          <w:lang w:val="pt-BR"/>
        </w:rPr>
        <w:t>fonte</w:t>
      </w:r>
      <w:r w:rsidR="00A36011" w:rsidRPr="00E71BB5">
        <w:rPr>
          <w:rFonts w:asciiTheme="majorHAnsi" w:hAnsiTheme="majorHAnsi" w:cstheme="majorHAnsi"/>
          <w:b/>
          <w:sz w:val="28"/>
          <w:szCs w:val="28"/>
          <w:lang w:val="pt-BR"/>
        </w:rPr>
        <w:t xml:space="preserve"> </w:t>
      </w:r>
      <w:r w:rsidR="00793A51" w:rsidRPr="00E71BB5">
        <w:rPr>
          <w:rFonts w:asciiTheme="majorHAnsi" w:hAnsiTheme="majorHAnsi" w:cstheme="majorHAnsi"/>
          <w:b/>
          <w:sz w:val="28"/>
          <w:szCs w:val="28"/>
          <w:lang w:val="pt-BR"/>
        </w:rPr>
        <w:t>Calibri (Títulos)</w:t>
      </w:r>
      <w:r w:rsidR="00A36011" w:rsidRPr="00E71BB5">
        <w:rPr>
          <w:rFonts w:asciiTheme="majorHAnsi" w:hAnsiTheme="majorHAnsi" w:cstheme="majorHAnsi"/>
          <w:b/>
          <w:sz w:val="28"/>
          <w:szCs w:val="28"/>
          <w:lang w:val="pt-BR"/>
        </w:rPr>
        <w:t>,</w:t>
      </w:r>
      <w:r w:rsidRPr="00E71BB5">
        <w:rPr>
          <w:rFonts w:asciiTheme="majorHAnsi" w:hAnsiTheme="majorHAnsi" w:cstheme="majorHAnsi"/>
          <w:b/>
          <w:sz w:val="28"/>
          <w:szCs w:val="28"/>
          <w:lang w:val="pt-BR"/>
        </w:rPr>
        <w:t xml:space="preserve"> tamanho</w:t>
      </w:r>
      <w:r w:rsidR="00A36011" w:rsidRPr="00E71BB5">
        <w:rPr>
          <w:rFonts w:asciiTheme="majorHAnsi" w:hAnsiTheme="majorHAnsi" w:cstheme="majorHAnsi"/>
          <w:b/>
          <w:sz w:val="28"/>
          <w:szCs w:val="28"/>
          <w:lang w:val="pt-BR"/>
        </w:rPr>
        <w:t xml:space="preserve"> </w:t>
      </w:r>
      <w:r w:rsidR="00793A51" w:rsidRPr="00E71BB5">
        <w:rPr>
          <w:rFonts w:asciiTheme="majorHAnsi" w:hAnsiTheme="majorHAnsi" w:cstheme="majorHAnsi"/>
          <w:b/>
          <w:sz w:val="28"/>
          <w:szCs w:val="28"/>
          <w:lang w:val="pt-BR"/>
        </w:rPr>
        <w:t>14</w:t>
      </w:r>
      <w:r w:rsidRPr="00E71BB5">
        <w:rPr>
          <w:rFonts w:asciiTheme="majorHAnsi" w:hAnsiTheme="majorHAnsi" w:cstheme="majorHAnsi"/>
          <w:b/>
          <w:sz w:val="28"/>
          <w:szCs w:val="28"/>
          <w:lang w:val="pt-BR"/>
        </w:rPr>
        <w:t xml:space="preserve">, </w:t>
      </w:r>
      <w:r w:rsidRPr="00E71BB5">
        <w:rPr>
          <w:rFonts w:asciiTheme="majorHAnsi" w:hAnsiTheme="majorHAnsi" w:cstheme="majorHAnsi"/>
          <w:b/>
          <w:bCs/>
          <w:sz w:val="28"/>
          <w:szCs w:val="28"/>
          <w:lang w:val="pt-BR"/>
        </w:rPr>
        <w:t>negrito</w:t>
      </w:r>
      <w:r w:rsidRPr="00600FB0">
        <w:rPr>
          <w:rFonts w:asciiTheme="majorHAnsi" w:hAnsiTheme="majorHAnsi" w:cstheme="majorHAnsi"/>
          <w:b/>
          <w:sz w:val="28"/>
          <w:szCs w:val="28"/>
          <w:lang w:val="pt-BR"/>
        </w:rPr>
        <w:t xml:space="preserve">, </w:t>
      </w:r>
      <w:r w:rsidR="00793A51" w:rsidRPr="00600FB0">
        <w:rPr>
          <w:rFonts w:asciiTheme="majorHAnsi" w:hAnsiTheme="majorHAnsi" w:cstheme="majorHAnsi"/>
          <w:b/>
          <w:sz w:val="28"/>
          <w:szCs w:val="28"/>
          <w:lang w:val="pt-BR"/>
        </w:rPr>
        <w:t>alinhad</w:t>
      </w:r>
      <w:r w:rsidRPr="00600FB0">
        <w:rPr>
          <w:rFonts w:asciiTheme="majorHAnsi" w:hAnsiTheme="majorHAnsi" w:cstheme="majorHAnsi"/>
          <w:b/>
          <w:sz w:val="28"/>
          <w:szCs w:val="28"/>
          <w:lang w:val="pt-BR"/>
        </w:rPr>
        <w:t>o</w:t>
      </w:r>
      <w:r w:rsidR="00793A51" w:rsidRPr="00600FB0">
        <w:rPr>
          <w:rFonts w:asciiTheme="majorHAnsi" w:hAnsiTheme="majorHAnsi" w:cstheme="majorHAnsi"/>
          <w:b/>
          <w:sz w:val="28"/>
          <w:szCs w:val="28"/>
          <w:lang w:val="pt-BR"/>
        </w:rPr>
        <w:t xml:space="preserve"> à esquerda</w:t>
      </w:r>
      <w:r w:rsidRPr="00600FB0">
        <w:rPr>
          <w:rFonts w:asciiTheme="majorHAnsi" w:hAnsiTheme="majorHAnsi" w:cstheme="majorHAnsi"/>
          <w:b/>
          <w:sz w:val="28"/>
          <w:szCs w:val="28"/>
          <w:lang w:val="pt-BR"/>
        </w:rPr>
        <w:t xml:space="preserve">, espaçamento entre linhas simples e </w:t>
      </w:r>
      <w:r w:rsidRPr="00600FB0">
        <w:rPr>
          <w:rFonts w:asciiTheme="majorHAnsi" w:hAnsiTheme="majorHAnsi" w:cstheme="majorHAnsi"/>
          <w:b/>
          <w:bCs/>
          <w:sz w:val="28"/>
          <w:szCs w:val="28"/>
          <w:lang w:val="pt-BR"/>
        </w:rPr>
        <w:t>12 pt</w:t>
      </w:r>
      <w:r w:rsidRPr="00600FB0">
        <w:rPr>
          <w:rFonts w:asciiTheme="majorHAnsi" w:hAnsiTheme="majorHAnsi" w:cstheme="majorHAnsi"/>
          <w:b/>
          <w:sz w:val="28"/>
          <w:szCs w:val="28"/>
          <w:lang w:val="pt-BR"/>
        </w:rPr>
        <w:t xml:space="preserve"> após o parágrafo</w:t>
      </w:r>
      <w:r w:rsidR="00E71BB5">
        <w:rPr>
          <w:rFonts w:asciiTheme="majorHAnsi" w:hAnsiTheme="majorHAnsi" w:cstheme="majorHAnsi"/>
          <w:b/>
          <w:sz w:val="28"/>
          <w:szCs w:val="28"/>
          <w:lang w:val="pt-BR"/>
        </w:rPr>
        <w:t xml:space="preserve">, </w:t>
      </w:r>
      <w:r w:rsidRPr="00600FB0">
        <w:rPr>
          <w:rFonts w:asciiTheme="majorHAnsi" w:hAnsiTheme="majorHAnsi" w:cstheme="majorHAnsi"/>
          <w:b/>
          <w:sz w:val="28"/>
          <w:szCs w:val="28"/>
          <w:lang w:val="pt-BR"/>
        </w:rPr>
        <w:t>utiliza</w:t>
      </w:r>
      <w:r w:rsidR="00E71BB5">
        <w:rPr>
          <w:rFonts w:asciiTheme="majorHAnsi" w:hAnsiTheme="majorHAnsi" w:cstheme="majorHAnsi"/>
          <w:b/>
          <w:sz w:val="28"/>
          <w:szCs w:val="28"/>
          <w:lang w:val="pt-BR"/>
        </w:rPr>
        <w:t xml:space="preserve">r </w:t>
      </w:r>
      <w:r w:rsidRPr="00600FB0">
        <w:rPr>
          <w:rFonts w:asciiTheme="majorHAnsi" w:hAnsiTheme="majorHAnsi" w:cstheme="majorHAnsi"/>
          <w:b/>
          <w:sz w:val="28"/>
          <w:szCs w:val="28"/>
          <w:lang w:val="pt-BR"/>
        </w:rPr>
        <w:t>letra maiúscula apenas na inicial da primeira palavra</w:t>
      </w:r>
    </w:p>
    <w:p w14:paraId="40636B8A" w14:textId="18AC250B" w:rsidR="00B514A1" w:rsidRDefault="00037D6B" w:rsidP="000F576E">
      <w:pPr>
        <w:spacing w:after="120"/>
        <w:ind w:firstLine="0"/>
        <w:jc w:val="left"/>
        <w:rPr>
          <w:rFonts w:asciiTheme="majorHAnsi" w:hAnsiTheme="majorHAnsi" w:cstheme="majorHAnsi"/>
          <w:bCs/>
          <w:i/>
          <w:iCs/>
          <w:lang w:val="pt-BR"/>
        </w:rPr>
      </w:pPr>
      <w:proofErr w:type="spellStart"/>
      <w:r w:rsidRPr="00037D6B">
        <w:rPr>
          <w:rFonts w:asciiTheme="majorHAnsi" w:hAnsiTheme="majorHAnsi" w:cstheme="majorHAnsi"/>
          <w:bCs/>
          <w:i/>
          <w:iCs/>
          <w:lang w:val="pt-BR"/>
        </w:rPr>
        <w:t>Manuscript</w:t>
      </w:r>
      <w:proofErr w:type="spellEnd"/>
      <w:r w:rsidRPr="00037D6B">
        <w:rPr>
          <w:rFonts w:asciiTheme="majorHAnsi" w:hAnsiTheme="majorHAnsi" w:cstheme="majorHAnsi"/>
          <w:bCs/>
          <w:i/>
          <w:iCs/>
          <w:lang w:val="pt-BR"/>
        </w:rPr>
        <w:t xml:space="preserve"> </w:t>
      </w:r>
      <w:proofErr w:type="spellStart"/>
      <w:r w:rsidRPr="00037D6B">
        <w:rPr>
          <w:rFonts w:asciiTheme="majorHAnsi" w:hAnsiTheme="majorHAnsi" w:cstheme="majorHAnsi"/>
          <w:bCs/>
          <w:i/>
          <w:iCs/>
          <w:lang w:val="pt-BR"/>
        </w:rPr>
        <w:t>title</w:t>
      </w:r>
      <w:proofErr w:type="spellEnd"/>
      <w:r w:rsidRPr="00037D6B">
        <w:rPr>
          <w:rFonts w:asciiTheme="majorHAnsi" w:hAnsiTheme="majorHAnsi" w:cstheme="majorHAnsi"/>
          <w:bCs/>
          <w:i/>
          <w:iCs/>
          <w:lang w:val="pt-BR"/>
        </w:rPr>
        <w:t xml:space="preserve"> in </w:t>
      </w:r>
      <w:proofErr w:type="spellStart"/>
      <w:r>
        <w:rPr>
          <w:rFonts w:asciiTheme="majorHAnsi" w:hAnsiTheme="majorHAnsi" w:cstheme="majorHAnsi"/>
          <w:bCs/>
          <w:i/>
          <w:iCs/>
          <w:lang w:val="pt-BR"/>
        </w:rPr>
        <w:t>english</w:t>
      </w:r>
      <w:proofErr w:type="spellEnd"/>
      <w:r w:rsidRPr="00037D6B">
        <w:rPr>
          <w:rFonts w:asciiTheme="majorHAnsi" w:hAnsiTheme="majorHAnsi" w:cstheme="majorHAnsi"/>
          <w:bCs/>
          <w:i/>
          <w:iCs/>
          <w:lang w:val="pt-BR"/>
        </w:rPr>
        <w:t xml:space="preserve">: </w:t>
      </w:r>
      <w:r w:rsidR="008611F9" w:rsidRPr="008611F9">
        <w:rPr>
          <w:rFonts w:asciiTheme="majorHAnsi" w:hAnsiTheme="majorHAnsi" w:cstheme="majorHAnsi"/>
          <w:bCs/>
          <w:i/>
          <w:iCs/>
          <w:lang w:val="pt-BR"/>
        </w:rPr>
        <w:t xml:space="preserve">must </w:t>
      </w:r>
      <w:proofErr w:type="spellStart"/>
      <w:r w:rsidR="008611F9" w:rsidRPr="008611F9">
        <w:rPr>
          <w:rFonts w:asciiTheme="majorHAnsi" w:hAnsiTheme="majorHAnsi" w:cstheme="majorHAnsi"/>
          <w:bCs/>
          <w:i/>
          <w:iCs/>
          <w:lang w:val="pt-BR"/>
        </w:rPr>
        <w:t>be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brief</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and</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sufficiently</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specific</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and</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descriptive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containing</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keywords</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that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represent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content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of</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text</w:t>
      </w:r>
      <w:proofErr w:type="spellEnd"/>
      <w:r w:rsidR="008611F9" w:rsidRPr="008611F9">
        <w:rPr>
          <w:rFonts w:asciiTheme="majorHAnsi" w:hAnsiTheme="majorHAnsi" w:cstheme="majorHAnsi"/>
          <w:bCs/>
          <w:i/>
          <w:iCs/>
          <w:lang w:val="pt-BR"/>
        </w:rPr>
        <w:t xml:space="preserve">. Use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Calibri</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Headings</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font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size</w:t>
      </w:r>
      <w:proofErr w:type="spellEnd"/>
      <w:r w:rsidR="008611F9" w:rsidRPr="008611F9">
        <w:rPr>
          <w:rFonts w:asciiTheme="majorHAnsi" w:hAnsiTheme="majorHAnsi" w:cstheme="majorHAnsi"/>
          <w:bCs/>
          <w:i/>
          <w:iCs/>
          <w:lang w:val="pt-BR"/>
        </w:rPr>
        <w:t xml:space="preserve"> 1</w:t>
      </w:r>
      <w:r w:rsidR="008611F9">
        <w:rPr>
          <w:rFonts w:asciiTheme="majorHAnsi" w:hAnsiTheme="majorHAnsi" w:cstheme="majorHAnsi"/>
          <w:bCs/>
          <w:i/>
          <w:iCs/>
          <w:lang w:val="pt-BR"/>
        </w:rPr>
        <w:t>2</w:t>
      </w:r>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not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bold</w:t>
      </w:r>
      <w:proofErr w:type="spellEnd"/>
      <w:r w:rsidR="008611F9" w:rsidRPr="008611F9">
        <w:rPr>
          <w:rFonts w:asciiTheme="majorHAnsi" w:hAnsiTheme="majorHAnsi" w:cstheme="majorHAnsi"/>
          <w:bCs/>
          <w:i/>
          <w:iCs/>
          <w:lang w:val="pt-BR"/>
        </w:rPr>
        <w:t xml:space="preserve">, in </w:t>
      </w:r>
      <w:proofErr w:type="spellStart"/>
      <w:r w:rsidR="008611F9" w:rsidRPr="008611F9">
        <w:rPr>
          <w:rFonts w:asciiTheme="majorHAnsi" w:hAnsiTheme="majorHAnsi" w:cstheme="majorHAnsi"/>
          <w:bCs/>
          <w:i/>
          <w:iCs/>
          <w:lang w:val="pt-BR"/>
        </w:rPr>
        <w:t>italics</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left-aligned</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with</w:t>
      </w:r>
      <w:proofErr w:type="spellEnd"/>
      <w:r w:rsidR="008611F9" w:rsidRPr="008611F9">
        <w:rPr>
          <w:rFonts w:asciiTheme="majorHAnsi" w:hAnsiTheme="majorHAnsi" w:cstheme="majorHAnsi"/>
          <w:bCs/>
          <w:i/>
          <w:iCs/>
          <w:lang w:val="pt-BR"/>
        </w:rPr>
        <w:t xml:space="preserve"> single </w:t>
      </w:r>
      <w:proofErr w:type="spellStart"/>
      <w:r w:rsidR="008611F9" w:rsidRPr="008611F9">
        <w:rPr>
          <w:rFonts w:asciiTheme="majorHAnsi" w:hAnsiTheme="majorHAnsi" w:cstheme="majorHAnsi"/>
          <w:bCs/>
          <w:i/>
          <w:iCs/>
          <w:lang w:val="pt-BR"/>
        </w:rPr>
        <w:t>line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spacing</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and</w:t>
      </w:r>
      <w:proofErr w:type="spellEnd"/>
      <w:r w:rsidR="008611F9" w:rsidRPr="008611F9">
        <w:rPr>
          <w:rFonts w:asciiTheme="majorHAnsi" w:hAnsiTheme="majorHAnsi" w:cstheme="majorHAnsi"/>
          <w:bCs/>
          <w:i/>
          <w:iCs/>
          <w:lang w:val="pt-BR"/>
        </w:rPr>
        <w:t xml:space="preserve"> </w:t>
      </w:r>
      <w:r w:rsidR="008611F9">
        <w:rPr>
          <w:rFonts w:asciiTheme="majorHAnsi" w:hAnsiTheme="majorHAnsi" w:cstheme="majorHAnsi"/>
          <w:bCs/>
          <w:i/>
          <w:iCs/>
          <w:lang w:val="pt-BR"/>
        </w:rPr>
        <w:t>6</w:t>
      </w:r>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pt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spacing</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after</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paragraph</w:t>
      </w:r>
      <w:proofErr w:type="spellEnd"/>
      <w:r w:rsidR="008611F9" w:rsidRPr="008611F9">
        <w:rPr>
          <w:rFonts w:asciiTheme="majorHAnsi" w:hAnsiTheme="majorHAnsi" w:cstheme="majorHAnsi"/>
          <w:bCs/>
          <w:i/>
          <w:iCs/>
          <w:lang w:val="pt-BR"/>
        </w:rPr>
        <w:t xml:space="preserve">; capitalize </w:t>
      </w:r>
      <w:proofErr w:type="spellStart"/>
      <w:r w:rsidR="008611F9" w:rsidRPr="008611F9">
        <w:rPr>
          <w:rFonts w:asciiTheme="majorHAnsi" w:hAnsiTheme="majorHAnsi" w:cstheme="majorHAnsi"/>
          <w:bCs/>
          <w:i/>
          <w:iCs/>
          <w:lang w:val="pt-BR"/>
        </w:rPr>
        <w:t>only</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first</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letter</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of</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the</w:t>
      </w:r>
      <w:proofErr w:type="spellEnd"/>
      <w:r w:rsidR="008611F9" w:rsidRPr="008611F9">
        <w:rPr>
          <w:rFonts w:asciiTheme="majorHAnsi" w:hAnsiTheme="majorHAnsi" w:cstheme="majorHAnsi"/>
          <w:bCs/>
          <w:i/>
          <w:iCs/>
          <w:lang w:val="pt-BR"/>
        </w:rPr>
        <w:t xml:space="preserve"> </w:t>
      </w:r>
      <w:proofErr w:type="spellStart"/>
      <w:r w:rsidR="008611F9" w:rsidRPr="008611F9">
        <w:rPr>
          <w:rFonts w:asciiTheme="majorHAnsi" w:hAnsiTheme="majorHAnsi" w:cstheme="majorHAnsi"/>
          <w:bCs/>
          <w:i/>
          <w:iCs/>
          <w:lang w:val="pt-BR"/>
        </w:rPr>
        <w:t>first</w:t>
      </w:r>
      <w:proofErr w:type="spellEnd"/>
      <w:r w:rsidR="008611F9" w:rsidRPr="008611F9">
        <w:rPr>
          <w:rFonts w:asciiTheme="majorHAnsi" w:hAnsiTheme="majorHAnsi" w:cstheme="majorHAnsi"/>
          <w:bCs/>
          <w:i/>
          <w:iCs/>
          <w:lang w:val="pt-BR"/>
        </w:rPr>
        <w:t xml:space="preserve"> word.</w:t>
      </w:r>
    </w:p>
    <w:p w14:paraId="2AD58094" w14:textId="77777777" w:rsidR="00B514A1" w:rsidRDefault="00B514A1" w:rsidP="00B514A1">
      <w:pPr>
        <w:spacing w:after="120"/>
        <w:ind w:firstLine="0"/>
        <w:jc w:val="left"/>
        <w:rPr>
          <w:rFonts w:asciiTheme="majorHAnsi" w:hAnsiTheme="majorHAnsi" w:cstheme="majorHAnsi"/>
          <w:bCs/>
          <w:i/>
          <w:iCs/>
          <w:lang w:val="pt-BR"/>
        </w:rPr>
      </w:pPr>
    </w:p>
    <w:p w14:paraId="0D6B578F" w14:textId="77777777" w:rsidR="00175159" w:rsidRDefault="00175159" w:rsidP="00B514A1">
      <w:pPr>
        <w:spacing w:after="120"/>
        <w:ind w:firstLine="0"/>
        <w:jc w:val="left"/>
        <w:rPr>
          <w:rFonts w:asciiTheme="majorHAnsi" w:hAnsiTheme="majorHAnsi" w:cstheme="majorHAnsi"/>
          <w:bCs/>
          <w:i/>
          <w:iCs/>
          <w:lang w:val="pt-BR"/>
        </w:rPr>
        <w:sectPr w:rsidR="00175159" w:rsidSect="00782B09">
          <w:headerReference w:type="default" r:id="rId8"/>
          <w:footerReference w:type="default" r:id="rId9"/>
          <w:headerReference w:type="first" r:id="rId10"/>
          <w:footerReference w:type="first" r:id="rId11"/>
          <w:type w:val="continuous"/>
          <w:pgSz w:w="11906" w:h="16838"/>
          <w:pgMar w:top="1418" w:right="1418" w:bottom="1418" w:left="1418" w:header="720" w:footer="720" w:gutter="0"/>
          <w:cols w:space="720"/>
          <w:titlePg/>
          <w:docGrid w:linePitch="360"/>
        </w:sectPr>
      </w:pPr>
    </w:p>
    <w:tbl>
      <w:tblPr>
        <w:tblStyle w:val="Tabelacomgrade"/>
        <w:tblW w:w="9322" w:type="dxa"/>
        <w:tblLook w:val="04A0" w:firstRow="1" w:lastRow="0" w:firstColumn="1" w:lastColumn="0" w:noHBand="0" w:noVBand="1"/>
      </w:tblPr>
      <w:tblGrid>
        <w:gridCol w:w="2301"/>
        <w:gridCol w:w="2303"/>
        <w:gridCol w:w="2303"/>
        <w:gridCol w:w="2303"/>
        <w:gridCol w:w="112"/>
      </w:tblGrid>
      <w:tr w:rsidR="00175159" w14:paraId="18A39FBC" w14:textId="77777777" w:rsidTr="00097DC3">
        <w:trPr>
          <w:gridAfter w:val="1"/>
          <w:wAfter w:w="112" w:type="dxa"/>
        </w:trPr>
        <w:tc>
          <w:tcPr>
            <w:tcW w:w="2301" w:type="dxa"/>
            <w:tcBorders>
              <w:top w:val="nil"/>
              <w:left w:val="nil"/>
              <w:bottom w:val="nil"/>
              <w:right w:val="single" w:sz="12" w:space="0" w:color="auto"/>
            </w:tcBorders>
          </w:tcPr>
          <w:p w14:paraId="0CFAAA0B" w14:textId="075A2F42" w:rsidR="00175159" w:rsidRPr="006662D1" w:rsidRDefault="00175159" w:rsidP="00175159">
            <w:pPr>
              <w:spacing w:after="120"/>
              <w:ind w:firstLine="0"/>
              <w:jc w:val="left"/>
              <w:rPr>
                <w:rFonts w:ascii="Calibri" w:hAnsi="Calibri" w:cs="Calibri"/>
                <w:b/>
                <w:bCs/>
                <w:sz w:val="18"/>
                <w:szCs w:val="18"/>
                <w:highlight w:val="yellow"/>
                <w:lang w:val="pt-BR"/>
              </w:rPr>
            </w:pPr>
            <w:commentRangeStart w:id="0"/>
            <w:r w:rsidRPr="006662D1">
              <w:rPr>
                <w:rFonts w:ascii="Calibri" w:hAnsi="Calibri" w:cs="Calibri"/>
                <w:b/>
                <w:bCs/>
                <w:sz w:val="18"/>
                <w:szCs w:val="18"/>
                <w:highlight w:val="yellow"/>
                <w:lang w:val="pt-BR"/>
              </w:rPr>
              <w:t>Nome Completo</w:t>
            </w:r>
          </w:p>
          <w:p w14:paraId="36C0A704" w14:textId="77777777" w:rsidR="00175159" w:rsidRPr="006662D1" w:rsidRDefault="00175159" w:rsidP="00175159">
            <w:pPr>
              <w:spacing w:after="120"/>
              <w:ind w:firstLine="0"/>
              <w:jc w:val="left"/>
              <w:rPr>
                <w:rFonts w:ascii="Calibri" w:hAnsi="Calibri" w:cs="Calibri"/>
                <w:sz w:val="18"/>
                <w:szCs w:val="18"/>
                <w:highlight w:val="yellow"/>
                <w:lang w:val="pt-BR"/>
              </w:rPr>
            </w:pPr>
            <w:r w:rsidRPr="006662D1">
              <w:rPr>
                <w:rFonts w:ascii="Calibri" w:hAnsi="Calibri" w:cs="Calibri"/>
                <w:sz w:val="18"/>
                <w:szCs w:val="18"/>
                <w:highlight w:val="yellow"/>
                <w:lang w:val="pt-BR"/>
              </w:rPr>
              <w:t xml:space="preserve">Titulação. Instituição </w:t>
            </w:r>
            <w:r w:rsidRPr="006662D1">
              <w:rPr>
                <w:rFonts w:ascii="Calibri" w:eastAsia="Quattrocento Sans" w:hAnsi="Calibri" w:cs="Calibri"/>
                <w:sz w:val="18"/>
                <w:szCs w:val="18"/>
                <w:highlight w:val="yellow"/>
                <w:lang w:val="pt-BR"/>
              </w:rPr>
              <w:t>de trabalho ou estudos</w:t>
            </w:r>
            <w:r w:rsidRPr="006662D1">
              <w:rPr>
                <w:rFonts w:ascii="Calibri" w:hAnsi="Calibri" w:cs="Calibri"/>
                <w:sz w:val="18"/>
                <w:szCs w:val="18"/>
                <w:highlight w:val="yellow"/>
                <w:lang w:val="pt-BR"/>
              </w:rPr>
              <w:t>. E-mail:</w:t>
            </w:r>
          </w:p>
          <w:p w14:paraId="199A4BB8" w14:textId="298E9787" w:rsidR="00175159" w:rsidRPr="006662D1" w:rsidRDefault="00175159" w:rsidP="00175159">
            <w:pPr>
              <w:spacing w:after="120"/>
              <w:ind w:firstLine="0"/>
              <w:jc w:val="left"/>
              <w:rPr>
                <w:rFonts w:ascii="Calibri" w:hAnsi="Calibri" w:cs="Calibri"/>
                <w:bCs/>
                <w:sz w:val="18"/>
                <w:szCs w:val="18"/>
                <w:highlight w:val="yellow"/>
                <w:lang w:val="pt-BR"/>
              </w:rPr>
            </w:pPr>
            <w:r w:rsidRPr="006662D1">
              <w:rPr>
                <w:rFonts w:cs="Times New Roman"/>
                <w:noProof/>
                <w:sz w:val="18"/>
                <w:szCs w:val="18"/>
                <w:highlight w:val="yellow"/>
                <w:lang w:val="pt-BR"/>
              </w:rPr>
              <w:drawing>
                <wp:inline distT="0" distB="0" distL="0" distR="0" wp14:anchorId="5E57D9C7" wp14:editId="6B4A88EC">
                  <wp:extent cx="155575" cy="155575"/>
                  <wp:effectExtent l="0" t="0" r="0" b="0"/>
                  <wp:docPr id="24" name="Imagem 2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tc>
        <w:tc>
          <w:tcPr>
            <w:tcW w:w="2303" w:type="dxa"/>
            <w:tcBorders>
              <w:top w:val="nil"/>
              <w:left w:val="single" w:sz="12" w:space="0" w:color="auto"/>
              <w:bottom w:val="nil"/>
              <w:right w:val="single" w:sz="12" w:space="0" w:color="auto"/>
            </w:tcBorders>
          </w:tcPr>
          <w:p w14:paraId="25EBA5A9" w14:textId="77777777" w:rsidR="00175159" w:rsidRPr="006662D1" w:rsidRDefault="00175159" w:rsidP="00175159">
            <w:pPr>
              <w:spacing w:after="120"/>
              <w:ind w:firstLine="0"/>
              <w:jc w:val="left"/>
              <w:rPr>
                <w:rFonts w:ascii="Calibri" w:hAnsi="Calibri" w:cs="Calibri"/>
                <w:b/>
                <w:bCs/>
                <w:sz w:val="18"/>
                <w:szCs w:val="18"/>
                <w:highlight w:val="yellow"/>
                <w:lang w:val="pt-BR"/>
              </w:rPr>
            </w:pPr>
            <w:r w:rsidRPr="006662D1">
              <w:rPr>
                <w:rFonts w:ascii="Calibri" w:hAnsi="Calibri" w:cs="Calibri"/>
                <w:b/>
                <w:bCs/>
                <w:sz w:val="18"/>
                <w:szCs w:val="18"/>
                <w:highlight w:val="yellow"/>
                <w:lang w:val="pt-BR"/>
              </w:rPr>
              <w:t>Nome Completo</w:t>
            </w:r>
          </w:p>
          <w:p w14:paraId="5C3F0C8D" w14:textId="77777777" w:rsidR="00175159" w:rsidRPr="006662D1" w:rsidRDefault="00175159" w:rsidP="00175159">
            <w:pPr>
              <w:spacing w:after="120"/>
              <w:ind w:firstLine="0"/>
              <w:jc w:val="left"/>
              <w:rPr>
                <w:rFonts w:ascii="Calibri" w:hAnsi="Calibri" w:cs="Calibri"/>
                <w:sz w:val="18"/>
                <w:szCs w:val="18"/>
                <w:highlight w:val="yellow"/>
                <w:lang w:val="pt-BR"/>
              </w:rPr>
            </w:pPr>
            <w:r w:rsidRPr="006662D1">
              <w:rPr>
                <w:rFonts w:ascii="Calibri" w:hAnsi="Calibri" w:cs="Calibri"/>
                <w:sz w:val="18"/>
                <w:szCs w:val="18"/>
                <w:highlight w:val="yellow"/>
                <w:lang w:val="pt-BR"/>
              </w:rPr>
              <w:t xml:space="preserve">Titulação. Instituição </w:t>
            </w:r>
            <w:r w:rsidRPr="006662D1">
              <w:rPr>
                <w:rFonts w:ascii="Calibri" w:eastAsia="Quattrocento Sans" w:hAnsi="Calibri" w:cs="Calibri"/>
                <w:sz w:val="18"/>
                <w:szCs w:val="18"/>
                <w:highlight w:val="yellow"/>
                <w:lang w:val="pt-BR"/>
              </w:rPr>
              <w:t>de trabalho ou estudos</w:t>
            </w:r>
            <w:r w:rsidRPr="006662D1">
              <w:rPr>
                <w:rFonts w:ascii="Calibri" w:hAnsi="Calibri" w:cs="Calibri"/>
                <w:sz w:val="18"/>
                <w:szCs w:val="18"/>
                <w:highlight w:val="yellow"/>
                <w:lang w:val="pt-BR"/>
              </w:rPr>
              <w:t>. E-mail:</w:t>
            </w:r>
          </w:p>
          <w:p w14:paraId="4F5788D7" w14:textId="79D153FD" w:rsidR="00175159" w:rsidRPr="006662D1" w:rsidRDefault="00175159" w:rsidP="00175159">
            <w:pPr>
              <w:spacing w:after="120"/>
              <w:ind w:firstLine="0"/>
              <w:jc w:val="left"/>
              <w:rPr>
                <w:rFonts w:ascii="Calibri" w:hAnsi="Calibri" w:cs="Calibri"/>
                <w:bCs/>
                <w:sz w:val="18"/>
                <w:szCs w:val="18"/>
                <w:highlight w:val="yellow"/>
                <w:lang w:val="pt-BR"/>
              </w:rPr>
            </w:pPr>
            <w:r w:rsidRPr="006662D1">
              <w:rPr>
                <w:rFonts w:cs="Times New Roman"/>
                <w:noProof/>
                <w:sz w:val="18"/>
                <w:szCs w:val="18"/>
                <w:highlight w:val="yellow"/>
                <w:lang w:val="pt-BR"/>
              </w:rPr>
              <w:drawing>
                <wp:inline distT="0" distB="0" distL="0" distR="0" wp14:anchorId="6E8FF7C9" wp14:editId="2421C2FF">
                  <wp:extent cx="155575" cy="155575"/>
                  <wp:effectExtent l="0" t="0" r="0" b="0"/>
                  <wp:docPr id="1" name="Imagem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tc>
        <w:tc>
          <w:tcPr>
            <w:tcW w:w="2303" w:type="dxa"/>
            <w:tcBorders>
              <w:top w:val="nil"/>
              <w:left w:val="single" w:sz="12" w:space="0" w:color="auto"/>
              <w:bottom w:val="nil"/>
              <w:right w:val="single" w:sz="12" w:space="0" w:color="auto"/>
            </w:tcBorders>
          </w:tcPr>
          <w:p w14:paraId="7337B8B9" w14:textId="77777777" w:rsidR="00175159" w:rsidRPr="006662D1" w:rsidRDefault="00175159" w:rsidP="00175159">
            <w:pPr>
              <w:spacing w:after="120"/>
              <w:ind w:firstLine="0"/>
              <w:jc w:val="left"/>
              <w:rPr>
                <w:rFonts w:ascii="Calibri" w:hAnsi="Calibri" w:cs="Calibri"/>
                <w:b/>
                <w:bCs/>
                <w:sz w:val="18"/>
                <w:szCs w:val="18"/>
                <w:highlight w:val="yellow"/>
                <w:lang w:val="pt-BR"/>
              </w:rPr>
            </w:pPr>
            <w:r w:rsidRPr="006662D1">
              <w:rPr>
                <w:rFonts w:ascii="Calibri" w:hAnsi="Calibri" w:cs="Calibri"/>
                <w:b/>
                <w:bCs/>
                <w:sz w:val="18"/>
                <w:szCs w:val="18"/>
                <w:highlight w:val="yellow"/>
                <w:lang w:val="pt-BR"/>
              </w:rPr>
              <w:t>Nome Completo</w:t>
            </w:r>
          </w:p>
          <w:p w14:paraId="3BB68C2A" w14:textId="77777777" w:rsidR="00175159" w:rsidRPr="006662D1" w:rsidRDefault="00175159" w:rsidP="00175159">
            <w:pPr>
              <w:spacing w:after="120"/>
              <w:ind w:firstLine="0"/>
              <w:jc w:val="left"/>
              <w:rPr>
                <w:rFonts w:ascii="Calibri" w:hAnsi="Calibri" w:cs="Calibri"/>
                <w:sz w:val="18"/>
                <w:szCs w:val="18"/>
                <w:highlight w:val="yellow"/>
                <w:lang w:val="pt-BR"/>
              </w:rPr>
            </w:pPr>
            <w:r w:rsidRPr="006662D1">
              <w:rPr>
                <w:rFonts w:ascii="Calibri" w:hAnsi="Calibri" w:cs="Calibri"/>
                <w:sz w:val="18"/>
                <w:szCs w:val="18"/>
                <w:highlight w:val="yellow"/>
                <w:lang w:val="pt-BR"/>
              </w:rPr>
              <w:t xml:space="preserve">Titulação. Instituição </w:t>
            </w:r>
            <w:r w:rsidRPr="006662D1">
              <w:rPr>
                <w:rFonts w:ascii="Calibri" w:eastAsia="Quattrocento Sans" w:hAnsi="Calibri" w:cs="Calibri"/>
                <w:sz w:val="18"/>
                <w:szCs w:val="18"/>
                <w:highlight w:val="yellow"/>
                <w:lang w:val="pt-BR"/>
              </w:rPr>
              <w:t>de trabalho ou estudos</w:t>
            </w:r>
            <w:r w:rsidRPr="006662D1">
              <w:rPr>
                <w:rFonts w:ascii="Calibri" w:hAnsi="Calibri" w:cs="Calibri"/>
                <w:sz w:val="18"/>
                <w:szCs w:val="18"/>
                <w:highlight w:val="yellow"/>
                <w:lang w:val="pt-BR"/>
              </w:rPr>
              <w:t>. E-mail:</w:t>
            </w:r>
          </w:p>
          <w:p w14:paraId="6C298661" w14:textId="652C03F1" w:rsidR="00175159" w:rsidRPr="006662D1" w:rsidRDefault="00175159" w:rsidP="00175159">
            <w:pPr>
              <w:spacing w:after="120"/>
              <w:ind w:firstLine="0"/>
              <w:jc w:val="left"/>
              <w:rPr>
                <w:rFonts w:ascii="Calibri" w:hAnsi="Calibri" w:cs="Calibri"/>
                <w:bCs/>
                <w:sz w:val="18"/>
                <w:szCs w:val="18"/>
                <w:highlight w:val="yellow"/>
                <w:lang w:val="pt-BR"/>
              </w:rPr>
            </w:pPr>
            <w:r w:rsidRPr="006662D1">
              <w:rPr>
                <w:rFonts w:cs="Times New Roman"/>
                <w:noProof/>
                <w:sz w:val="18"/>
                <w:szCs w:val="18"/>
                <w:highlight w:val="yellow"/>
                <w:lang w:val="pt-BR"/>
              </w:rPr>
              <w:drawing>
                <wp:inline distT="0" distB="0" distL="0" distR="0" wp14:anchorId="64A028D6" wp14:editId="6F4B9658">
                  <wp:extent cx="155575" cy="155575"/>
                  <wp:effectExtent l="0" t="0" r="0" b="0"/>
                  <wp:docPr id="2" name="Imagem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tc>
        <w:tc>
          <w:tcPr>
            <w:tcW w:w="2303" w:type="dxa"/>
            <w:tcBorders>
              <w:top w:val="nil"/>
              <w:left w:val="single" w:sz="12" w:space="0" w:color="auto"/>
              <w:bottom w:val="nil"/>
              <w:right w:val="nil"/>
            </w:tcBorders>
          </w:tcPr>
          <w:p w14:paraId="0F1FF5FD" w14:textId="77777777" w:rsidR="00175159" w:rsidRPr="006662D1" w:rsidRDefault="00175159" w:rsidP="00175159">
            <w:pPr>
              <w:spacing w:after="120"/>
              <w:ind w:firstLine="0"/>
              <w:jc w:val="left"/>
              <w:rPr>
                <w:rFonts w:ascii="Calibri" w:hAnsi="Calibri" w:cs="Calibri"/>
                <w:b/>
                <w:bCs/>
                <w:sz w:val="18"/>
                <w:szCs w:val="18"/>
                <w:highlight w:val="yellow"/>
                <w:lang w:val="pt-BR"/>
              </w:rPr>
            </w:pPr>
            <w:r w:rsidRPr="006662D1">
              <w:rPr>
                <w:rFonts w:ascii="Calibri" w:hAnsi="Calibri" w:cs="Calibri"/>
                <w:b/>
                <w:bCs/>
                <w:sz w:val="18"/>
                <w:szCs w:val="18"/>
                <w:highlight w:val="yellow"/>
                <w:lang w:val="pt-BR"/>
              </w:rPr>
              <w:t>Nome Completo</w:t>
            </w:r>
          </w:p>
          <w:p w14:paraId="582C9206" w14:textId="77777777" w:rsidR="00175159" w:rsidRPr="006662D1" w:rsidRDefault="00175159" w:rsidP="00175159">
            <w:pPr>
              <w:spacing w:after="120"/>
              <w:ind w:firstLine="0"/>
              <w:jc w:val="left"/>
              <w:rPr>
                <w:rFonts w:ascii="Calibri" w:hAnsi="Calibri" w:cs="Calibri"/>
                <w:sz w:val="18"/>
                <w:szCs w:val="18"/>
                <w:highlight w:val="yellow"/>
                <w:lang w:val="pt-BR"/>
              </w:rPr>
            </w:pPr>
            <w:r w:rsidRPr="006662D1">
              <w:rPr>
                <w:rFonts w:ascii="Calibri" w:hAnsi="Calibri" w:cs="Calibri"/>
                <w:sz w:val="18"/>
                <w:szCs w:val="18"/>
                <w:highlight w:val="yellow"/>
                <w:lang w:val="pt-BR"/>
              </w:rPr>
              <w:t xml:space="preserve">Titulação. Instituição </w:t>
            </w:r>
            <w:r w:rsidRPr="006662D1">
              <w:rPr>
                <w:rFonts w:ascii="Calibri" w:eastAsia="Quattrocento Sans" w:hAnsi="Calibri" w:cs="Calibri"/>
                <w:sz w:val="18"/>
                <w:szCs w:val="18"/>
                <w:highlight w:val="yellow"/>
                <w:lang w:val="pt-BR"/>
              </w:rPr>
              <w:t>de trabalho ou estudos</w:t>
            </w:r>
            <w:r w:rsidRPr="006662D1">
              <w:rPr>
                <w:rFonts w:ascii="Calibri" w:hAnsi="Calibri" w:cs="Calibri"/>
                <w:sz w:val="18"/>
                <w:szCs w:val="18"/>
                <w:highlight w:val="yellow"/>
                <w:lang w:val="pt-BR"/>
              </w:rPr>
              <w:t>. E-mail:</w:t>
            </w:r>
          </w:p>
          <w:p w14:paraId="1015351F" w14:textId="40EAC2FA" w:rsidR="00175159" w:rsidRPr="006662D1" w:rsidRDefault="00175159" w:rsidP="00175159">
            <w:pPr>
              <w:spacing w:after="120"/>
              <w:ind w:firstLine="0"/>
              <w:jc w:val="left"/>
              <w:rPr>
                <w:rFonts w:ascii="Calibri" w:hAnsi="Calibri" w:cs="Calibri"/>
                <w:bCs/>
                <w:sz w:val="18"/>
                <w:szCs w:val="18"/>
                <w:highlight w:val="yellow"/>
                <w:lang w:val="pt-BR"/>
              </w:rPr>
            </w:pPr>
            <w:r w:rsidRPr="006662D1">
              <w:rPr>
                <w:rFonts w:cs="Times New Roman"/>
                <w:noProof/>
                <w:sz w:val="18"/>
                <w:szCs w:val="18"/>
                <w:highlight w:val="yellow"/>
                <w:lang w:val="pt-BR"/>
              </w:rPr>
              <w:drawing>
                <wp:inline distT="0" distB="0" distL="0" distR="0" wp14:anchorId="0946BFA6" wp14:editId="7A32FA13">
                  <wp:extent cx="155575" cy="155575"/>
                  <wp:effectExtent l="0" t="0" r="0" b="0"/>
                  <wp:docPr id="3" name="Imagem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2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commentRangeEnd w:id="0"/>
            <w:r w:rsidR="006662D1" w:rsidRPr="006662D1">
              <w:rPr>
                <w:rStyle w:val="Refdecomentrio"/>
                <w:rFonts w:asciiTheme="minorHAnsi" w:eastAsiaTheme="minorHAnsi" w:hAnsiTheme="minorHAnsi"/>
                <w:highlight w:val="yellow"/>
                <w:lang w:val="pt-BR"/>
              </w:rPr>
              <w:commentReference w:id="0"/>
            </w:r>
          </w:p>
        </w:tc>
      </w:tr>
      <w:tr w:rsidR="00175159" w:rsidRPr="00666BE6" w14:paraId="6C42EE15" w14:textId="77777777" w:rsidTr="001751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04" w:type="dxa"/>
            <w:gridSpan w:val="2"/>
          </w:tcPr>
          <w:p w14:paraId="67DBEE21" w14:textId="2761DA41" w:rsidR="00175159" w:rsidRPr="00285703" w:rsidRDefault="00175159" w:rsidP="00175159">
            <w:pPr>
              <w:ind w:firstLine="0"/>
              <w:rPr>
                <w:rFonts w:ascii="Calibri" w:hAnsi="Calibri" w:cs="Calibri"/>
                <w:b/>
                <w:sz w:val="20"/>
                <w:szCs w:val="20"/>
                <w:lang w:val="pt-BR"/>
              </w:rPr>
            </w:pPr>
          </w:p>
          <w:p w14:paraId="7603D31B" w14:textId="326B0D15" w:rsidR="00175159" w:rsidRPr="005B47BB" w:rsidRDefault="00175159" w:rsidP="00175159">
            <w:pPr>
              <w:ind w:firstLine="0"/>
              <w:rPr>
                <w:rFonts w:ascii="Calibri" w:hAnsi="Calibri" w:cs="Calibri"/>
                <w:b/>
                <w:sz w:val="20"/>
                <w:szCs w:val="20"/>
                <w:lang w:val="pt-BR"/>
              </w:rPr>
            </w:pPr>
            <w:r w:rsidRPr="005B47BB">
              <w:rPr>
                <w:rFonts w:ascii="Calibri" w:hAnsi="Calibri" w:cs="Calibri"/>
                <w:b/>
                <w:sz w:val="20"/>
                <w:szCs w:val="20"/>
                <w:lang w:val="pt-BR"/>
              </w:rPr>
              <w:t>Resumo:</w:t>
            </w:r>
            <w:r>
              <w:rPr>
                <w:rFonts w:ascii="Calibri" w:hAnsi="Calibri" w:cs="Calibri"/>
                <w:b/>
                <w:sz w:val="20"/>
                <w:szCs w:val="20"/>
                <w:lang w:val="pt-BR"/>
              </w:rPr>
              <w:t xml:space="preserve"> </w:t>
            </w:r>
            <w:r w:rsidRPr="001D5739">
              <w:rPr>
                <w:rFonts w:ascii="Calibri" w:hAnsi="Calibri" w:cs="Calibri"/>
                <w:bCs/>
                <w:sz w:val="20"/>
                <w:szCs w:val="20"/>
                <w:lang w:val="pt-BR"/>
              </w:rPr>
              <w:t>O</w:t>
            </w:r>
            <w:r>
              <w:rPr>
                <w:rFonts w:ascii="Calibri" w:hAnsi="Calibri" w:cs="Calibri"/>
                <w:bCs/>
                <w:sz w:val="20"/>
                <w:szCs w:val="20"/>
                <w:lang w:val="pt-BR"/>
              </w:rPr>
              <w:t xml:space="preserve"> </w:t>
            </w:r>
            <w:r w:rsidRPr="001D5739">
              <w:rPr>
                <w:rFonts w:ascii="Calibri" w:hAnsi="Calibri" w:cs="Calibri"/>
                <w:bCs/>
                <w:sz w:val="20"/>
                <w:szCs w:val="20"/>
                <w:lang w:val="pt-BR"/>
              </w:rPr>
              <w:t>objetivo d</w:t>
            </w:r>
            <w:r>
              <w:rPr>
                <w:rFonts w:ascii="Calibri" w:hAnsi="Calibri" w:cs="Calibri"/>
                <w:bCs/>
                <w:sz w:val="20"/>
                <w:szCs w:val="20"/>
                <w:lang w:val="pt-BR"/>
              </w:rPr>
              <w:t>o</w:t>
            </w:r>
            <w:r w:rsidRPr="001D5739">
              <w:rPr>
                <w:rFonts w:ascii="Calibri" w:hAnsi="Calibri" w:cs="Calibri"/>
                <w:bCs/>
                <w:sz w:val="20"/>
                <w:szCs w:val="20"/>
                <w:lang w:val="pt-BR"/>
              </w:rPr>
              <w:t xml:space="preserve"> resumo é facilitar a consulta do conteúdo do artigo, agilizando a pesquisa daqueles que, futuramente, buscarão informações na revista.</w:t>
            </w:r>
            <w:r>
              <w:rPr>
                <w:rFonts w:ascii="Calibri" w:hAnsi="Calibri" w:cs="Calibri"/>
                <w:bCs/>
                <w:sz w:val="20"/>
                <w:szCs w:val="20"/>
                <w:lang w:val="pt-BR"/>
              </w:rPr>
              <w:t xml:space="preserve"> </w:t>
            </w:r>
            <w:r w:rsidRPr="001D5739">
              <w:rPr>
                <w:rFonts w:ascii="Calibri" w:hAnsi="Calibri" w:cs="Calibri"/>
                <w:bCs/>
                <w:sz w:val="20"/>
                <w:szCs w:val="20"/>
                <w:lang w:val="pt-BR"/>
              </w:rPr>
              <w:t>Utilizar a</w:t>
            </w:r>
            <w:r w:rsidRPr="005C0DEA">
              <w:rPr>
                <w:rFonts w:ascii="Calibri" w:hAnsi="Calibri" w:cs="Calibri"/>
                <w:bCs/>
                <w:sz w:val="20"/>
                <w:szCs w:val="20"/>
                <w:lang w:val="pt-BR"/>
              </w:rPr>
              <w:t xml:space="preserve"> fonte Calibri, tamanho 10, com negrito apenas na palavra</w:t>
            </w:r>
            <w:r>
              <w:rPr>
                <w:rFonts w:ascii="Calibri" w:hAnsi="Calibri" w:cs="Calibri"/>
                <w:bCs/>
                <w:sz w:val="20"/>
                <w:szCs w:val="20"/>
                <w:lang w:val="pt-BR"/>
              </w:rPr>
              <w:t xml:space="preserve"> </w:t>
            </w:r>
            <w:r w:rsidRPr="005C0DEA">
              <w:rPr>
                <w:rFonts w:ascii="Calibri" w:hAnsi="Calibri" w:cs="Calibri"/>
                <w:bCs/>
                <w:sz w:val="20"/>
                <w:szCs w:val="20"/>
                <w:lang w:val="pt-BR"/>
              </w:rPr>
              <w:t>“Resumo”.</w:t>
            </w:r>
            <w:r>
              <w:rPr>
                <w:rFonts w:ascii="Calibri" w:hAnsi="Calibri" w:cs="Calibri"/>
                <w:b/>
                <w:sz w:val="20"/>
                <w:szCs w:val="20"/>
                <w:lang w:val="pt-BR"/>
              </w:rPr>
              <w:t xml:space="preserve"> </w:t>
            </w:r>
            <w:r w:rsidRPr="005B47BB">
              <w:rPr>
                <w:rFonts w:ascii="Calibri" w:hAnsi="Calibri" w:cs="Calibri"/>
                <w:bCs/>
                <w:sz w:val="20"/>
                <w:szCs w:val="20"/>
                <w:lang w:val="pt-BR"/>
              </w:rPr>
              <w:t>O resumo deve conter</w:t>
            </w:r>
            <w:r w:rsidRPr="00285703">
              <w:rPr>
                <w:rFonts w:ascii="Calibri" w:hAnsi="Calibri" w:cs="Calibri"/>
                <w:bCs/>
                <w:sz w:val="20"/>
                <w:szCs w:val="20"/>
                <w:lang w:val="pt-BR"/>
              </w:rPr>
              <w:t xml:space="preserve"> entre 100 e 20</w:t>
            </w:r>
            <w:r w:rsidRPr="005B47BB">
              <w:rPr>
                <w:rFonts w:ascii="Calibri" w:hAnsi="Calibri" w:cs="Calibri"/>
                <w:bCs/>
                <w:sz w:val="20"/>
                <w:szCs w:val="20"/>
                <w:lang w:val="pt-BR"/>
              </w:rPr>
              <w:t xml:space="preserve">0 palavras, ser redigido em parágrafo único, com alinhamento justificado, espaçamento entre linhas simples e sintetizar os principais elementos do manuscrito, contemplando a </w:t>
            </w:r>
            <w:r w:rsidRPr="00285703">
              <w:rPr>
                <w:rFonts w:ascii="Calibri" w:hAnsi="Calibri" w:cs="Calibri"/>
                <w:bCs/>
                <w:sz w:val="20"/>
                <w:szCs w:val="20"/>
                <w:lang w:val="pt-BR"/>
              </w:rPr>
              <w:t>Introdução, a Fundamentação Teórica, a Metodologia, os Resultados e Discussão e as Considerações Finais</w:t>
            </w:r>
            <w:r w:rsidRPr="005B47BB">
              <w:rPr>
                <w:rFonts w:ascii="Calibri" w:hAnsi="Calibri" w:cs="Calibri"/>
                <w:bCs/>
                <w:sz w:val="20"/>
                <w:szCs w:val="20"/>
                <w:lang w:val="pt-BR"/>
              </w:rPr>
              <w:t>, sem explicitar essas subdivisões ou utilizar seus respectivos títulos.</w:t>
            </w:r>
            <w:r w:rsidRPr="00285703">
              <w:rPr>
                <w:rFonts w:ascii="Calibri" w:hAnsi="Calibri" w:cs="Calibri"/>
                <w:bCs/>
                <w:sz w:val="20"/>
                <w:szCs w:val="20"/>
                <w:lang w:val="pt-BR"/>
              </w:rPr>
              <w:t xml:space="preserve"> O</w:t>
            </w:r>
            <w:r w:rsidRPr="00285703">
              <w:rPr>
                <w:rFonts w:ascii="Calibri" w:hAnsi="Calibri" w:cs="Calibri"/>
                <w:bCs/>
                <w:sz w:val="20"/>
                <w:szCs w:val="20"/>
              </w:rPr>
              <w:t>s títulos e a organização das seções podem ser adaptados à abordagem metodológica, desde que a sequência lógica e a clareza científica sejam preservadas.</w:t>
            </w:r>
          </w:p>
          <w:p w14:paraId="0B9415DB" w14:textId="77777777" w:rsidR="00175159" w:rsidRPr="00285703" w:rsidRDefault="00175159" w:rsidP="00175159">
            <w:pPr>
              <w:ind w:firstLine="0"/>
              <w:rPr>
                <w:rFonts w:ascii="Calibri" w:hAnsi="Calibri" w:cs="Calibri"/>
                <w:b/>
                <w:sz w:val="20"/>
                <w:szCs w:val="20"/>
                <w:lang w:val="pt-BR"/>
              </w:rPr>
            </w:pPr>
          </w:p>
          <w:p w14:paraId="0BC6BA6F" w14:textId="5E5F5D88" w:rsidR="00175159" w:rsidRPr="005B47BB" w:rsidRDefault="00175159" w:rsidP="00175159">
            <w:pPr>
              <w:ind w:firstLine="0"/>
              <w:rPr>
                <w:rFonts w:ascii="Calibri" w:hAnsi="Calibri" w:cs="Calibri"/>
                <w:bCs/>
                <w:sz w:val="20"/>
                <w:szCs w:val="20"/>
                <w:lang w:val="pt-BR"/>
              </w:rPr>
            </w:pPr>
            <w:r w:rsidRPr="005B47BB">
              <w:rPr>
                <w:rFonts w:ascii="Calibri" w:hAnsi="Calibri" w:cs="Calibri"/>
                <w:b/>
                <w:sz w:val="20"/>
                <w:szCs w:val="20"/>
                <w:lang w:val="pt-BR"/>
              </w:rPr>
              <w:t xml:space="preserve">Palavras-chave: </w:t>
            </w:r>
            <w:r w:rsidRPr="005B47BB">
              <w:rPr>
                <w:rFonts w:ascii="Calibri" w:hAnsi="Calibri" w:cs="Calibri"/>
                <w:bCs/>
                <w:sz w:val="20"/>
                <w:szCs w:val="20"/>
                <w:lang w:val="pt-BR"/>
              </w:rPr>
              <w:t>Serão aceitas entre 3 e 5 palavras-chave, separadas por ponto e vírgula. Somente a primeira palavra-chave deverá ser escrita com inicial maiúscula; as restantes, minúsculas.</w:t>
            </w:r>
          </w:p>
          <w:p w14:paraId="0FEDBC45" w14:textId="77777777" w:rsidR="00175159" w:rsidRDefault="00175159" w:rsidP="00175159">
            <w:pPr>
              <w:ind w:firstLine="0"/>
              <w:rPr>
                <w:rFonts w:ascii="Calibri" w:hAnsi="Calibri" w:cs="Calibri"/>
                <w:b/>
                <w:sz w:val="20"/>
                <w:szCs w:val="20"/>
              </w:rPr>
            </w:pPr>
          </w:p>
          <w:p w14:paraId="7F9A9DCC" w14:textId="77777777" w:rsidR="00122D43" w:rsidRPr="00285703" w:rsidRDefault="00122D43" w:rsidP="00175159">
            <w:pPr>
              <w:ind w:firstLine="0"/>
              <w:rPr>
                <w:rFonts w:ascii="Calibri" w:hAnsi="Calibri" w:cs="Calibri"/>
                <w:b/>
                <w:sz w:val="20"/>
                <w:szCs w:val="20"/>
              </w:rPr>
            </w:pPr>
          </w:p>
        </w:tc>
        <w:tc>
          <w:tcPr>
            <w:tcW w:w="4718" w:type="dxa"/>
            <w:gridSpan w:val="3"/>
          </w:tcPr>
          <w:p w14:paraId="16FD1092" w14:textId="77777777" w:rsidR="00175159" w:rsidRPr="00285703" w:rsidRDefault="00175159" w:rsidP="00175159">
            <w:pPr>
              <w:tabs>
                <w:tab w:val="left" w:pos="4326"/>
              </w:tabs>
              <w:ind w:firstLine="0"/>
              <w:rPr>
                <w:rFonts w:ascii="Calibri" w:hAnsi="Calibri" w:cs="Calibri"/>
                <w:b/>
                <w:sz w:val="20"/>
                <w:szCs w:val="20"/>
                <w:lang w:val="pt-BR"/>
              </w:rPr>
            </w:pPr>
          </w:p>
          <w:p w14:paraId="58EA7EF7" w14:textId="439890D1" w:rsidR="00175159" w:rsidRDefault="00175159" w:rsidP="00175159">
            <w:pPr>
              <w:tabs>
                <w:tab w:val="left" w:pos="4326"/>
              </w:tabs>
              <w:ind w:firstLine="0"/>
              <w:rPr>
                <w:rFonts w:ascii="Calibri" w:hAnsi="Calibri" w:cs="Calibri"/>
                <w:bCs/>
                <w:sz w:val="20"/>
                <w:szCs w:val="20"/>
              </w:rPr>
            </w:pPr>
            <w:r w:rsidRPr="005B47BB">
              <w:rPr>
                <w:rFonts w:ascii="Calibri" w:hAnsi="Calibri" w:cs="Calibri"/>
                <w:b/>
                <w:sz w:val="20"/>
                <w:szCs w:val="20"/>
                <w:lang w:val="pt-BR"/>
              </w:rPr>
              <w:t xml:space="preserve">Abstract: </w:t>
            </w:r>
            <w:r w:rsidRPr="00331804">
              <w:rPr>
                <w:rFonts w:ascii="Calibri" w:hAnsi="Calibri" w:cs="Calibri"/>
                <w:bCs/>
                <w:sz w:val="20"/>
                <w:szCs w:val="20"/>
              </w:rPr>
              <w:t>The purpose of the abstract is to facilitate access to the article's content, streamlining the search process for future readers. Use the Calibri font, size 10, with the word “Abstract</w:t>
            </w:r>
            <w:r>
              <w:rPr>
                <w:rFonts w:ascii="Calibri" w:hAnsi="Calibri" w:cs="Calibri"/>
                <w:bCs/>
                <w:sz w:val="20"/>
                <w:szCs w:val="20"/>
              </w:rPr>
              <w:t>”</w:t>
            </w:r>
            <w:r w:rsidRPr="00331804">
              <w:rPr>
                <w:rFonts w:ascii="Calibri" w:hAnsi="Calibri" w:cs="Calibri"/>
                <w:bCs/>
                <w:sz w:val="20"/>
                <w:szCs w:val="20"/>
              </w:rPr>
              <w:t xml:space="preserve"> in bold only. The abstract must contain between 100 and 200 words, be written as a single paragraph with justified alignment and single line spacing, and summarize the manuscript's key elements—covering the Introduction, Theoretical Framework, Methodology, Results and Discussion, and Final Considerations—without explicitly stating these subdivisions or using their respective headings. Section headings and organization may be adapted to the methodological approach, provided that logical flow and scientific clarity are maintained.</w:t>
            </w:r>
          </w:p>
          <w:tbl>
            <w:tblPr>
              <w:tblStyle w:val="Tabelacomgrade"/>
              <w:tblpPr w:leftFromText="141" w:rightFromText="141" w:vertAnchor="text" w:horzAnchor="margin" w:tblpXSpec="right" w:tblpY="1382"/>
              <w:tblOverlap w:val="never"/>
              <w:tblW w:w="0" w:type="auto"/>
              <w:tblBorders>
                <w:top w:val="none" w:sz="0" w:space="0" w:color="auto"/>
                <w:left w:val="none" w:sz="0" w:space="0" w:color="auto"/>
                <w:bottom w:val="none" w:sz="0" w:space="0" w:color="auto"/>
                <w:right w:val="none" w:sz="0" w:space="0" w:color="auto"/>
                <w:insideH w:val="single" w:sz="8" w:space="0" w:color="auto"/>
                <w:insideV w:val="single" w:sz="8" w:space="0" w:color="auto"/>
              </w:tblBorders>
              <w:tblLook w:val="04A0" w:firstRow="1" w:lastRow="0" w:firstColumn="1" w:lastColumn="0" w:noHBand="0" w:noVBand="1"/>
            </w:tblPr>
            <w:tblGrid>
              <w:gridCol w:w="746"/>
              <w:gridCol w:w="999"/>
              <w:gridCol w:w="1021"/>
              <w:gridCol w:w="1726"/>
            </w:tblGrid>
            <w:tr w:rsidR="006A7F65" w:rsidRPr="004815BE" w14:paraId="1C680FF8" w14:textId="77777777" w:rsidTr="006A7F65">
              <w:tc>
                <w:tcPr>
                  <w:tcW w:w="746" w:type="dxa"/>
                </w:tcPr>
                <w:p w14:paraId="78705B26" w14:textId="77777777" w:rsidR="00122D43" w:rsidRPr="004815BE" w:rsidRDefault="00122D43" w:rsidP="00122D43">
                  <w:pPr>
                    <w:tabs>
                      <w:tab w:val="left" w:pos="2475"/>
                      <w:tab w:val="right" w:pos="7166"/>
                    </w:tabs>
                    <w:ind w:firstLine="0"/>
                    <w:rPr>
                      <w:rFonts w:ascii="Calibri" w:hAnsi="Calibri" w:cs="Calibri"/>
                      <w:b/>
                      <w:bCs/>
                      <w:sz w:val="18"/>
                      <w:szCs w:val="18"/>
                      <w:highlight w:val="yellow"/>
                    </w:rPr>
                  </w:pPr>
                  <w:commentRangeStart w:id="1"/>
                  <w:r w:rsidRPr="004815BE">
                    <w:rPr>
                      <w:rFonts w:ascii="Calibri" w:hAnsi="Calibri" w:cs="Calibri"/>
                      <w:b/>
                      <w:bCs/>
                      <w:sz w:val="18"/>
                      <w:szCs w:val="18"/>
                      <w:highlight w:val="yellow"/>
                      <w:lang w:val="pt-BR"/>
                    </w:rPr>
                    <w:t>DOI:</w:t>
                  </w:r>
                  <w:r w:rsidRPr="004815BE">
                    <w:rPr>
                      <w:rFonts w:ascii="Calibri" w:hAnsi="Calibri" w:cs="Calibri"/>
                      <w:b/>
                      <w:bCs/>
                      <w:color w:val="FF0000"/>
                      <w:sz w:val="18"/>
                      <w:szCs w:val="18"/>
                      <w:highlight w:val="yellow"/>
                      <w:lang w:val="pt-BR"/>
                    </w:rPr>
                    <w:t xml:space="preserve"> </w:t>
                  </w:r>
                </w:p>
              </w:tc>
              <w:tc>
                <w:tcPr>
                  <w:tcW w:w="999" w:type="dxa"/>
                </w:tcPr>
                <w:p w14:paraId="0965B253" w14:textId="77777777" w:rsidR="00122D43" w:rsidRPr="004815BE" w:rsidRDefault="00122D43" w:rsidP="00122D43">
                  <w:pPr>
                    <w:ind w:firstLine="0"/>
                    <w:rPr>
                      <w:rFonts w:ascii="Calibri" w:hAnsi="Calibri" w:cs="Calibri"/>
                      <w:b/>
                      <w:bCs/>
                      <w:color w:val="FF0000"/>
                      <w:sz w:val="18"/>
                      <w:szCs w:val="18"/>
                      <w:highlight w:val="yellow"/>
                      <w:lang w:val="pt-BR"/>
                    </w:rPr>
                  </w:pPr>
                  <w:r w:rsidRPr="004815BE">
                    <w:rPr>
                      <w:rFonts w:ascii="Calibri" w:hAnsi="Calibri" w:cs="Calibri"/>
                      <w:b/>
                      <w:bCs/>
                      <w:sz w:val="18"/>
                      <w:szCs w:val="18"/>
                      <w:highlight w:val="yellow"/>
                      <w:lang w:val="pt-BR"/>
                    </w:rPr>
                    <w:t>Recebido:</w:t>
                  </w:r>
                  <w:r w:rsidRPr="004815BE">
                    <w:rPr>
                      <w:rFonts w:ascii="Calibri" w:hAnsi="Calibri" w:cs="Calibri"/>
                      <w:b/>
                      <w:bCs/>
                      <w:color w:val="FF0000"/>
                      <w:sz w:val="18"/>
                      <w:szCs w:val="18"/>
                      <w:highlight w:val="yellow"/>
                      <w:lang w:val="pt-BR"/>
                    </w:rPr>
                    <w:t xml:space="preserve"> </w:t>
                  </w:r>
                </w:p>
                <w:p w14:paraId="1D76D4D3" w14:textId="77777777" w:rsidR="00122D43" w:rsidRPr="004815BE" w:rsidRDefault="00122D43" w:rsidP="00122D43">
                  <w:pPr>
                    <w:ind w:firstLine="0"/>
                    <w:rPr>
                      <w:rFonts w:ascii="Calibri" w:hAnsi="Calibri" w:cs="Calibri"/>
                      <w:b/>
                      <w:bCs/>
                      <w:sz w:val="18"/>
                      <w:szCs w:val="18"/>
                      <w:highlight w:val="yellow"/>
                    </w:rPr>
                  </w:pPr>
                </w:p>
              </w:tc>
              <w:tc>
                <w:tcPr>
                  <w:tcW w:w="1021" w:type="dxa"/>
                </w:tcPr>
                <w:p w14:paraId="72CF5EBE" w14:textId="77777777" w:rsidR="00122D43" w:rsidRPr="004815BE" w:rsidRDefault="00122D43" w:rsidP="00122D43">
                  <w:pPr>
                    <w:ind w:firstLine="0"/>
                    <w:rPr>
                      <w:rFonts w:ascii="Calibri" w:hAnsi="Calibri" w:cs="Calibri"/>
                      <w:b/>
                      <w:bCs/>
                      <w:color w:val="FF0000"/>
                      <w:sz w:val="18"/>
                      <w:szCs w:val="18"/>
                      <w:highlight w:val="yellow"/>
                      <w:lang w:val="pt-BR"/>
                    </w:rPr>
                  </w:pPr>
                  <w:r w:rsidRPr="004815BE">
                    <w:rPr>
                      <w:rFonts w:ascii="Calibri" w:hAnsi="Calibri" w:cs="Calibri"/>
                      <w:b/>
                      <w:bCs/>
                      <w:sz w:val="18"/>
                      <w:szCs w:val="18"/>
                      <w:highlight w:val="yellow"/>
                      <w:lang w:val="pt-BR"/>
                    </w:rPr>
                    <w:t>Aprovado:</w:t>
                  </w:r>
                  <w:r w:rsidRPr="004815BE">
                    <w:rPr>
                      <w:rFonts w:ascii="Calibri" w:hAnsi="Calibri" w:cs="Calibri"/>
                      <w:b/>
                      <w:bCs/>
                      <w:color w:val="FF0000"/>
                      <w:sz w:val="18"/>
                      <w:szCs w:val="18"/>
                      <w:highlight w:val="yellow"/>
                      <w:lang w:val="pt-BR"/>
                    </w:rPr>
                    <w:t xml:space="preserve"> </w:t>
                  </w:r>
                </w:p>
                <w:p w14:paraId="187292CA" w14:textId="77777777" w:rsidR="00122D43" w:rsidRPr="004815BE" w:rsidRDefault="00122D43" w:rsidP="00122D43">
                  <w:pPr>
                    <w:ind w:firstLine="0"/>
                    <w:rPr>
                      <w:rFonts w:ascii="Calibri" w:hAnsi="Calibri" w:cs="Calibri"/>
                      <w:b/>
                      <w:bCs/>
                      <w:sz w:val="18"/>
                      <w:szCs w:val="18"/>
                      <w:highlight w:val="yellow"/>
                    </w:rPr>
                  </w:pPr>
                </w:p>
              </w:tc>
              <w:tc>
                <w:tcPr>
                  <w:tcW w:w="1726" w:type="dxa"/>
                </w:tcPr>
                <w:p w14:paraId="7E761B48" w14:textId="47B4A90D" w:rsidR="00122D43" w:rsidRPr="004815BE" w:rsidRDefault="00122D43" w:rsidP="00122D43">
                  <w:pPr>
                    <w:ind w:firstLine="0"/>
                    <w:rPr>
                      <w:rFonts w:ascii="Calibri" w:hAnsi="Calibri" w:cs="Calibri"/>
                      <w:b/>
                      <w:bCs/>
                      <w:color w:val="FF0000"/>
                      <w:sz w:val="18"/>
                      <w:szCs w:val="18"/>
                      <w:highlight w:val="yellow"/>
                      <w:lang w:val="pt-BR"/>
                    </w:rPr>
                  </w:pPr>
                  <w:r w:rsidRPr="004815BE">
                    <w:rPr>
                      <w:rFonts w:ascii="Calibri" w:hAnsi="Calibri" w:cs="Calibri"/>
                      <w:b/>
                      <w:bCs/>
                      <w:sz w:val="18"/>
                      <w:szCs w:val="18"/>
                      <w:highlight w:val="yellow"/>
                      <w:lang w:val="pt-BR"/>
                    </w:rPr>
                    <w:t>Publicado</w:t>
                  </w:r>
                  <w:commentRangeEnd w:id="1"/>
                  <w:r w:rsidRPr="004815BE">
                    <w:rPr>
                      <w:rStyle w:val="Refdecomentrio"/>
                      <w:rFonts w:ascii="Calibri" w:eastAsiaTheme="minorHAnsi" w:hAnsi="Calibri" w:cs="Calibri"/>
                      <w:b/>
                      <w:bCs/>
                      <w:sz w:val="18"/>
                      <w:szCs w:val="18"/>
                      <w:highlight w:val="yellow"/>
                      <w:lang w:val="pt-BR"/>
                    </w:rPr>
                    <w:commentReference w:id="1"/>
                  </w:r>
                  <w:r w:rsidRPr="004815BE">
                    <w:rPr>
                      <w:rFonts w:ascii="Calibri" w:hAnsi="Calibri" w:cs="Calibri"/>
                      <w:b/>
                      <w:bCs/>
                      <w:sz w:val="18"/>
                      <w:szCs w:val="18"/>
                      <w:highlight w:val="yellow"/>
                      <w:lang w:val="pt-BR"/>
                    </w:rPr>
                    <w:t>:</w:t>
                  </w:r>
                </w:p>
                <w:p w14:paraId="14019970" w14:textId="77777777" w:rsidR="00122D43" w:rsidRPr="004815BE" w:rsidRDefault="00122D43" w:rsidP="00122D43">
                  <w:pPr>
                    <w:ind w:firstLine="0"/>
                    <w:rPr>
                      <w:rFonts w:ascii="Calibri" w:hAnsi="Calibri" w:cs="Calibri"/>
                      <w:b/>
                      <w:bCs/>
                      <w:sz w:val="18"/>
                      <w:szCs w:val="18"/>
                      <w:highlight w:val="yellow"/>
                    </w:rPr>
                  </w:pPr>
                </w:p>
              </w:tc>
            </w:tr>
          </w:tbl>
          <w:p w14:paraId="2B04BEA8" w14:textId="77777777" w:rsidR="00122D43" w:rsidRPr="00122D43" w:rsidRDefault="00122D43" w:rsidP="00175159">
            <w:pPr>
              <w:tabs>
                <w:tab w:val="left" w:pos="4326"/>
              </w:tabs>
              <w:ind w:firstLine="0"/>
              <w:rPr>
                <w:rFonts w:ascii="Calibri" w:hAnsi="Calibri" w:cs="Calibri"/>
                <w:bCs/>
                <w:sz w:val="20"/>
                <w:szCs w:val="20"/>
              </w:rPr>
            </w:pPr>
          </w:p>
          <w:p w14:paraId="7064C215" w14:textId="77777777" w:rsidR="00175159" w:rsidRDefault="00175159" w:rsidP="00175159">
            <w:pPr>
              <w:tabs>
                <w:tab w:val="left" w:pos="4326"/>
              </w:tabs>
              <w:ind w:firstLine="0"/>
              <w:rPr>
                <w:rFonts w:ascii="Calibri" w:hAnsi="Calibri" w:cs="Calibri"/>
                <w:bCs/>
                <w:sz w:val="20"/>
                <w:szCs w:val="20"/>
              </w:rPr>
            </w:pPr>
            <w:r w:rsidRPr="005B47BB">
              <w:rPr>
                <w:rFonts w:ascii="Calibri" w:hAnsi="Calibri" w:cs="Calibri"/>
                <w:b/>
                <w:sz w:val="20"/>
                <w:szCs w:val="20"/>
                <w:lang w:val="pt-BR"/>
              </w:rPr>
              <w:t>Keywords:</w:t>
            </w:r>
            <w:r w:rsidRPr="005B47BB">
              <w:rPr>
                <w:rFonts w:ascii="Calibri" w:hAnsi="Calibri" w:cs="Calibri"/>
                <w:b/>
                <w:i/>
                <w:iCs/>
                <w:sz w:val="20"/>
                <w:szCs w:val="20"/>
                <w:lang w:val="pt-BR"/>
              </w:rPr>
              <w:t xml:space="preserve"> </w:t>
            </w:r>
            <w:r w:rsidRPr="00A837D5">
              <w:rPr>
                <w:rFonts w:ascii="Calibri" w:hAnsi="Calibri" w:cs="Calibri"/>
                <w:bCs/>
                <w:sz w:val="20"/>
                <w:szCs w:val="20"/>
              </w:rPr>
              <w:t>Between 3 and 5 keywords will be accepted, separated by semicolons. Only the first keyword should be capitalized; the others should be in lowercase.</w:t>
            </w:r>
          </w:p>
          <w:p w14:paraId="6243377D" w14:textId="77777777" w:rsidR="00122D43" w:rsidRDefault="00122D43" w:rsidP="00175159">
            <w:pPr>
              <w:tabs>
                <w:tab w:val="left" w:pos="4326"/>
              </w:tabs>
              <w:ind w:firstLine="0"/>
              <w:rPr>
                <w:rFonts w:ascii="Calibri" w:hAnsi="Calibri" w:cs="Calibri"/>
                <w:bCs/>
                <w:sz w:val="20"/>
                <w:szCs w:val="20"/>
              </w:rPr>
            </w:pPr>
          </w:p>
          <w:p w14:paraId="69A4A460" w14:textId="672CCE17" w:rsidR="00122D43" w:rsidRPr="00892896" w:rsidRDefault="00122D43" w:rsidP="00175159">
            <w:pPr>
              <w:tabs>
                <w:tab w:val="left" w:pos="4326"/>
              </w:tabs>
              <w:ind w:firstLine="0"/>
              <w:rPr>
                <w:rFonts w:ascii="Calibri" w:hAnsi="Calibri" w:cs="Calibri"/>
                <w:bCs/>
                <w:sz w:val="20"/>
                <w:szCs w:val="20"/>
                <w:lang w:val="pt-BR"/>
              </w:rPr>
            </w:pPr>
          </w:p>
        </w:tc>
      </w:tr>
    </w:tbl>
    <w:p w14:paraId="033C0473" w14:textId="77777777" w:rsidR="006662D1" w:rsidRDefault="006662D1" w:rsidP="00377E1C">
      <w:pPr>
        <w:jc w:val="right"/>
        <w:rPr>
          <w:rFonts w:ascii="Calibri" w:hAnsi="Calibri" w:cs="Calibri"/>
          <w:color w:val="FF0000"/>
          <w:sz w:val="18"/>
          <w:szCs w:val="18"/>
          <w:lang w:val="pt-BR"/>
        </w:rPr>
        <w:sectPr w:rsidR="006662D1" w:rsidSect="00782B09">
          <w:type w:val="continuous"/>
          <w:pgSz w:w="11906" w:h="16838"/>
          <w:pgMar w:top="1418" w:right="1418" w:bottom="1418" w:left="1418" w:header="720" w:footer="720" w:gutter="0"/>
          <w:cols w:space="720"/>
          <w:titlePg/>
          <w:docGrid w:linePitch="360"/>
        </w:sectPr>
      </w:pPr>
    </w:p>
    <w:p w14:paraId="356A9038" w14:textId="77777777" w:rsidR="006C515D" w:rsidRPr="006C515D" w:rsidRDefault="006C515D" w:rsidP="006A7F65">
      <w:pPr>
        <w:ind w:firstLine="0"/>
        <w:rPr>
          <w:rFonts w:eastAsiaTheme="majorEastAsia"/>
        </w:rPr>
      </w:pPr>
    </w:p>
    <w:p w14:paraId="46CE5CD2" w14:textId="77777777" w:rsidR="006C515D" w:rsidRPr="006C515D" w:rsidRDefault="006C515D" w:rsidP="006C515D">
      <w:pPr>
        <w:ind w:firstLine="0"/>
        <w:sectPr w:rsidR="006C515D" w:rsidRPr="006C515D" w:rsidSect="00782B09">
          <w:type w:val="continuous"/>
          <w:pgSz w:w="11906" w:h="16838"/>
          <w:pgMar w:top="1418" w:right="1418" w:bottom="1418" w:left="1418" w:header="720" w:footer="720" w:gutter="0"/>
          <w:cols w:space="720"/>
          <w:titlePg/>
          <w:docGrid w:linePitch="360"/>
        </w:sectPr>
      </w:pPr>
    </w:p>
    <w:p w14:paraId="2FD36B15" w14:textId="12F0983C" w:rsidR="000727DD" w:rsidRPr="004320A6" w:rsidRDefault="000727DD" w:rsidP="00970F08">
      <w:pPr>
        <w:spacing w:line="360" w:lineRule="auto"/>
        <w:ind w:firstLine="0"/>
        <w:rPr>
          <w:rFonts w:ascii="Calibri" w:hAnsi="Calibri" w:cs="Calibri"/>
          <w:color w:val="FF0000"/>
          <w:szCs w:val="24"/>
          <w:lang w:val="pt-BR"/>
        </w:rPr>
      </w:pPr>
      <w:r w:rsidRPr="004320A6">
        <w:rPr>
          <w:rFonts w:ascii="Calibri" w:hAnsi="Calibri" w:cs="Calibri"/>
          <w:color w:val="FF0000"/>
          <w:szCs w:val="24"/>
          <w:lang w:val="pt-BR"/>
        </w:rPr>
        <w:lastRenderedPageBreak/>
        <w:t>Todo o texto (exceto as Referências) deve estar com Alinhamento justificado; com Espaçamento entre linhas de 1,5; Recuo Especial da Primeira Linha 1,25 cm. Usar a fonte Calibri; tamanho 12. Os tópicos/títulos de seção devem</w:t>
      </w:r>
      <w:r w:rsidRPr="004320A6">
        <w:rPr>
          <w:rFonts w:ascii="Calibri" w:hAnsi="Calibri" w:cs="Calibri"/>
          <w:szCs w:val="24"/>
          <w:lang w:val="pt-BR"/>
        </w:rPr>
        <w:t xml:space="preserve"> </w:t>
      </w:r>
      <w:r w:rsidRPr="004320A6">
        <w:rPr>
          <w:rFonts w:ascii="Calibri" w:hAnsi="Calibri" w:cs="Calibri"/>
          <w:color w:val="FF0000"/>
          <w:szCs w:val="24"/>
          <w:lang w:val="pt-BR"/>
        </w:rPr>
        <w:t xml:space="preserve">ser posicionados à esquerda, sem recuo de parágrafo, utilizar a fonte Calibri; tamanho 12, em negrito, letra inicial maiúscula e restante minúscula, estar com Espaçamento entre linhas de 1,5 e com Espaçamento de 12pt antes e 6pt depois. Não deve existir ponto final nos títulos das seções. Extensão do artigo: no </w:t>
      </w:r>
      <w:r w:rsidR="007144D4" w:rsidRPr="004320A6">
        <w:rPr>
          <w:rFonts w:ascii="Calibri" w:hAnsi="Calibri" w:cs="Calibri"/>
          <w:color w:val="FF0000"/>
          <w:szCs w:val="24"/>
          <w:lang w:val="pt-BR"/>
        </w:rPr>
        <w:t>mínimo 8 e no máximo 12 páginas</w:t>
      </w:r>
      <w:r w:rsidR="005F54D6">
        <w:rPr>
          <w:rFonts w:ascii="Calibri" w:hAnsi="Calibri" w:cs="Calibri"/>
          <w:color w:val="FF0000"/>
          <w:szCs w:val="24"/>
          <w:lang w:val="pt-BR"/>
        </w:rPr>
        <w:t xml:space="preserve"> </w:t>
      </w:r>
      <w:r w:rsidR="005F54D6" w:rsidRPr="005F54D6">
        <w:rPr>
          <w:rFonts w:ascii="Calibri" w:hAnsi="Calibri" w:cs="Calibri"/>
          <w:color w:val="FF0000"/>
          <w:lang w:val="pt-BR"/>
        </w:rPr>
        <w:t>e até 5 Megabytes</w:t>
      </w:r>
      <w:r w:rsidR="007144D4" w:rsidRPr="004320A6">
        <w:rPr>
          <w:rFonts w:ascii="Calibri" w:hAnsi="Calibri" w:cs="Calibri"/>
          <w:color w:val="FF0000"/>
          <w:szCs w:val="24"/>
          <w:lang w:val="pt-BR"/>
        </w:rPr>
        <w:t xml:space="preserve">. </w:t>
      </w:r>
      <w:r w:rsidRPr="004320A6">
        <w:rPr>
          <w:rFonts w:ascii="Calibri" w:hAnsi="Calibri" w:cs="Calibri"/>
          <w:color w:val="FF0000"/>
          <w:szCs w:val="24"/>
          <w:lang w:val="pt-BR"/>
        </w:rPr>
        <w:t xml:space="preserve">As margens (superior, inferior, lateral esquerda e lateral direita) devem ter 2,5 cm. </w:t>
      </w:r>
      <w:r w:rsidRPr="00EA1A11">
        <w:rPr>
          <w:rFonts w:ascii="Calibri" w:hAnsi="Calibri" w:cs="Calibri"/>
          <w:color w:val="FF0000"/>
          <w:szCs w:val="24"/>
          <w:lang w:val="pt-BR"/>
        </w:rPr>
        <w:t xml:space="preserve">Número </w:t>
      </w:r>
      <w:r w:rsidR="00213F25">
        <w:rPr>
          <w:rFonts w:ascii="Calibri" w:hAnsi="Calibri" w:cs="Calibri"/>
          <w:color w:val="FF0000"/>
          <w:szCs w:val="24"/>
          <w:lang w:val="pt-BR"/>
        </w:rPr>
        <w:t xml:space="preserve">total </w:t>
      </w:r>
      <w:r w:rsidRPr="00EA1A11">
        <w:rPr>
          <w:rFonts w:ascii="Calibri" w:hAnsi="Calibri" w:cs="Calibri"/>
          <w:color w:val="FF0000"/>
          <w:szCs w:val="24"/>
          <w:lang w:val="pt-BR"/>
        </w:rPr>
        <w:t xml:space="preserve">de autores por submissão: </w:t>
      </w:r>
      <w:r w:rsidR="00213F25">
        <w:rPr>
          <w:rFonts w:ascii="Calibri" w:hAnsi="Calibri" w:cs="Calibri"/>
          <w:color w:val="FF0000"/>
          <w:szCs w:val="24"/>
          <w:lang w:val="pt-BR"/>
        </w:rPr>
        <w:t>no máximo, cinco (</w:t>
      </w:r>
      <w:r w:rsidR="00EA1A11" w:rsidRPr="00EA1A11">
        <w:rPr>
          <w:rFonts w:ascii="Calibri" w:hAnsi="Calibri" w:cs="Calibri"/>
          <w:color w:val="FF0000"/>
          <w:szCs w:val="24"/>
          <w:lang w:val="pt-BR"/>
        </w:rPr>
        <w:t>5</w:t>
      </w:r>
      <w:r w:rsidR="00213F25">
        <w:rPr>
          <w:rFonts w:ascii="Calibri" w:hAnsi="Calibri" w:cs="Calibri"/>
          <w:color w:val="FF0000"/>
          <w:szCs w:val="24"/>
          <w:lang w:val="pt-BR"/>
        </w:rPr>
        <w:t>)</w:t>
      </w:r>
      <w:r w:rsidRPr="00EA1A11">
        <w:rPr>
          <w:rFonts w:ascii="Calibri" w:hAnsi="Calibri" w:cs="Calibri"/>
          <w:color w:val="FF0000"/>
          <w:szCs w:val="24"/>
          <w:lang w:val="pt-BR"/>
        </w:rPr>
        <w:t xml:space="preserve"> autores</w:t>
      </w:r>
      <w:r w:rsidR="0057356C">
        <w:rPr>
          <w:rFonts w:ascii="Calibri" w:hAnsi="Calibri" w:cs="Calibri"/>
          <w:color w:val="FF0000"/>
          <w:szCs w:val="24"/>
          <w:lang w:val="pt-BR"/>
        </w:rPr>
        <w:t xml:space="preserve">, </w:t>
      </w:r>
      <w:r w:rsidR="0057356C" w:rsidRPr="0057356C">
        <w:rPr>
          <w:rFonts w:ascii="Calibri" w:hAnsi="Calibri" w:cs="Calibri"/>
          <w:color w:val="FF0000"/>
          <w:szCs w:val="24"/>
          <w:lang w:val="pt-BR"/>
        </w:rPr>
        <w:t>podendo conter pesquisadores brasileiros e estrangeiros</w:t>
      </w:r>
      <w:r w:rsidRPr="0057356C">
        <w:rPr>
          <w:rFonts w:ascii="Calibri" w:hAnsi="Calibri" w:cs="Calibri"/>
          <w:color w:val="FF0000"/>
          <w:szCs w:val="24"/>
          <w:lang w:val="pt-BR"/>
        </w:rPr>
        <w:t>.</w:t>
      </w:r>
      <w:r w:rsidRPr="00EA1A11">
        <w:rPr>
          <w:rFonts w:ascii="Calibri" w:hAnsi="Calibri" w:cs="Calibri"/>
          <w:color w:val="FF0000"/>
          <w:szCs w:val="24"/>
          <w:lang w:val="pt-BR"/>
        </w:rPr>
        <w:t xml:space="preserve"> </w:t>
      </w:r>
    </w:p>
    <w:p w14:paraId="4B5E8815" w14:textId="3350794A" w:rsidR="005D04F4" w:rsidRPr="00970F08" w:rsidRDefault="00E62858" w:rsidP="00E71BB5">
      <w:pPr>
        <w:pStyle w:val="Ttulo1"/>
        <w:spacing w:before="240" w:after="120" w:line="360" w:lineRule="auto"/>
        <w:rPr>
          <w:color w:val="auto"/>
          <w:lang w:val="pt-BR"/>
        </w:rPr>
      </w:pPr>
      <w:r w:rsidRPr="00E27362">
        <w:rPr>
          <w:color w:val="auto"/>
        </w:rPr>
        <w:t xml:space="preserve">1 </w:t>
      </w:r>
      <w:r w:rsidR="00970F08" w:rsidRPr="00970F08">
        <w:rPr>
          <w:color w:val="auto"/>
          <w:lang w:val="pt-BR"/>
        </w:rPr>
        <w:t>Introdução</w:t>
      </w:r>
    </w:p>
    <w:p w14:paraId="47F6E23A" w14:textId="3FE678C6" w:rsidR="000727DD" w:rsidRPr="0057785E" w:rsidRDefault="004220D6" w:rsidP="0057785E">
      <w:pPr>
        <w:spacing w:line="360" w:lineRule="auto"/>
        <w:rPr>
          <w:rFonts w:ascii="Calibri" w:hAnsi="Calibri" w:cs="Calibri"/>
          <w:lang w:val="pt-BR"/>
        </w:rPr>
      </w:pPr>
      <w:r w:rsidRPr="0057785E">
        <w:rPr>
          <w:rFonts w:ascii="Calibri" w:hAnsi="Calibri" w:cs="Calibri"/>
          <w:iCs/>
          <w:szCs w:val="24"/>
          <w:lang w:val="pt-BR"/>
        </w:rPr>
        <w:t>O objetivo da introdução é informar o leitor sobre o tema que será abordado e colocá-lo a par do</w:t>
      </w:r>
      <w:r w:rsidR="0001262F" w:rsidRPr="0057785E">
        <w:rPr>
          <w:rFonts w:ascii="Calibri" w:hAnsi="Calibri" w:cs="Calibri"/>
          <w:iCs/>
          <w:szCs w:val="24"/>
          <w:lang w:val="pt-BR"/>
        </w:rPr>
        <w:t xml:space="preserve"> </w:t>
      </w:r>
      <w:r w:rsidRPr="0057785E">
        <w:rPr>
          <w:rFonts w:ascii="Calibri" w:hAnsi="Calibri" w:cs="Calibri"/>
          <w:iCs/>
          <w:szCs w:val="24"/>
          <w:lang w:val="pt-BR"/>
        </w:rPr>
        <w:t>conhecimento já existente</w:t>
      </w:r>
      <w:r w:rsidR="000727DD" w:rsidRPr="0057785E">
        <w:rPr>
          <w:rFonts w:ascii="Calibri" w:hAnsi="Calibri" w:cs="Calibri"/>
          <w:iCs/>
          <w:szCs w:val="24"/>
          <w:lang w:val="pt-BR"/>
        </w:rPr>
        <w:t xml:space="preserve">, de modo a apresentar o problema, a relevância e a lacuna da pesquisa. </w:t>
      </w:r>
      <w:r w:rsidR="000727DD" w:rsidRPr="0057785E">
        <w:rPr>
          <w:rFonts w:ascii="Calibri" w:hAnsi="Calibri" w:cs="Calibri"/>
          <w:lang w:val="pt-BR"/>
        </w:rPr>
        <w:t>Declare de forma explícita o objetivo geral da pesquisa e, se necessário, os objetivos específicos na parte final desta seção.</w:t>
      </w:r>
      <w:r w:rsidRPr="0057785E">
        <w:rPr>
          <w:rFonts w:ascii="Calibri" w:hAnsi="Calibri" w:cs="Calibri"/>
          <w:lang w:val="pt-BR"/>
        </w:rPr>
        <w:t xml:space="preserve"> </w:t>
      </w:r>
    </w:p>
    <w:p w14:paraId="6A723922" w14:textId="77777777" w:rsidR="001E716F" w:rsidRDefault="0057785E" w:rsidP="001E716F">
      <w:pPr>
        <w:spacing w:line="360" w:lineRule="auto"/>
        <w:rPr>
          <w:lang w:val="pt-BR"/>
        </w:rPr>
      </w:pPr>
      <w:r w:rsidRPr="0057785E">
        <w:rPr>
          <w:rFonts w:ascii="Calibri" w:hAnsi="Calibri" w:cs="Calibri"/>
          <w:lang w:val="pt-BR"/>
        </w:rPr>
        <w:t>O manuscrito deve ter no mínimo 8 e no máximo 12 páginas e até 5 Megabytes, contando-se a partir da introdução do artigo, até as conclusões. Deve ser submetido em formato Word plataforma PC (extensão *.</w:t>
      </w:r>
      <w:proofErr w:type="spellStart"/>
      <w:r w:rsidRPr="0057785E">
        <w:rPr>
          <w:rFonts w:ascii="Calibri" w:hAnsi="Calibri" w:cs="Calibri"/>
          <w:lang w:val="pt-BR"/>
        </w:rPr>
        <w:t>doc</w:t>
      </w:r>
      <w:proofErr w:type="spellEnd"/>
      <w:r w:rsidRPr="0057785E">
        <w:rPr>
          <w:rFonts w:ascii="Calibri" w:hAnsi="Calibri" w:cs="Calibri"/>
          <w:lang w:val="pt-BR"/>
        </w:rPr>
        <w:t xml:space="preserve">). Não serão publicados os manuscritos que não estejam de acordo com o </w:t>
      </w:r>
      <w:proofErr w:type="spellStart"/>
      <w:r w:rsidRPr="0057785E">
        <w:rPr>
          <w:rFonts w:ascii="Calibri" w:hAnsi="Calibri" w:cs="Calibri"/>
          <w:lang w:val="pt-BR"/>
        </w:rPr>
        <w:t>template</w:t>
      </w:r>
      <w:proofErr w:type="spellEnd"/>
      <w:r w:rsidRPr="0057785E">
        <w:rPr>
          <w:rFonts w:ascii="Calibri" w:hAnsi="Calibri" w:cs="Calibri"/>
          <w:lang w:val="pt-BR"/>
        </w:rPr>
        <w:t xml:space="preserve"> e as demais regras aqui apresentadas.</w:t>
      </w:r>
    </w:p>
    <w:p w14:paraId="2B1933E4" w14:textId="54903616" w:rsidR="000727DD" w:rsidRPr="001E716F" w:rsidRDefault="000727DD" w:rsidP="001E716F">
      <w:pPr>
        <w:spacing w:line="360" w:lineRule="auto"/>
        <w:rPr>
          <w:lang w:val="pt-BR"/>
        </w:rPr>
      </w:pPr>
      <w:r w:rsidRPr="0057785E">
        <w:rPr>
          <w:rFonts w:ascii="Calibri" w:hAnsi="Calibri" w:cs="Calibri"/>
          <w:lang w:val="pt-BR"/>
        </w:rPr>
        <w:t>Finalize o trecho</w:t>
      </w:r>
      <w:r w:rsidR="001E716F">
        <w:rPr>
          <w:rFonts w:ascii="Calibri" w:hAnsi="Calibri" w:cs="Calibri"/>
          <w:lang w:val="pt-BR"/>
        </w:rPr>
        <w:t xml:space="preserve"> da introdução</w:t>
      </w:r>
      <w:r w:rsidRPr="0057785E">
        <w:rPr>
          <w:rFonts w:ascii="Calibri" w:hAnsi="Calibri" w:cs="Calibri"/>
          <w:lang w:val="pt-BR"/>
        </w:rPr>
        <w:t xml:space="preserve"> indicando sucintamente como o manuscrito está organizado ao longo das seções subsequentes.</w:t>
      </w:r>
      <w:r w:rsidR="006B1F00">
        <w:rPr>
          <w:rFonts w:ascii="Calibri" w:hAnsi="Calibri" w:cs="Calibri"/>
          <w:lang w:val="pt-BR"/>
        </w:rPr>
        <w:t xml:space="preserve"> Se o manuscrito tiver </w:t>
      </w:r>
      <w:r w:rsidR="006B1F00" w:rsidRPr="006B1F00">
        <w:rPr>
          <w:rFonts w:ascii="Calibri" w:hAnsi="Calibri" w:cs="Calibri"/>
          <w:lang w:val="pt-BR"/>
        </w:rPr>
        <w:t>notas, estas devem</w:t>
      </w:r>
      <w:r w:rsidR="006B1F00" w:rsidRPr="0057785E">
        <w:rPr>
          <w:rFonts w:ascii="Calibri" w:hAnsi="Calibri" w:cs="Calibri"/>
          <w:lang w:val="pt-BR"/>
        </w:rPr>
        <w:t xml:space="preserve"> ser inseridas no corpo do artigo, indicadas por meio de algarismos romanos, em formato sobrescrito, imediatamente depois da frase a que diz respeito</w:t>
      </w:r>
      <w:r w:rsidR="00D50FBD">
        <w:rPr>
          <w:rStyle w:val="Refdenotaderodap"/>
          <w:rFonts w:ascii="Calibri" w:hAnsi="Calibri" w:cs="Calibri"/>
          <w:lang w:val="pt-BR"/>
        </w:rPr>
        <w:footnoteReference w:id="1"/>
      </w:r>
      <w:r w:rsidR="006B1F00" w:rsidRPr="0057785E">
        <w:rPr>
          <w:rFonts w:ascii="Calibri" w:hAnsi="Calibri" w:cs="Calibri"/>
          <w:lang w:val="pt-BR"/>
        </w:rPr>
        <w:t xml:space="preserve">. </w:t>
      </w:r>
    </w:p>
    <w:p w14:paraId="0986BA89" w14:textId="308D2829" w:rsidR="005D04F4" w:rsidRPr="0057785E" w:rsidRDefault="00E62858" w:rsidP="00CA46E6">
      <w:pPr>
        <w:pStyle w:val="Ttulo1"/>
        <w:spacing w:before="240" w:after="120" w:line="360" w:lineRule="auto"/>
        <w:rPr>
          <w:color w:val="auto"/>
          <w:lang w:val="pt-BR"/>
        </w:rPr>
      </w:pPr>
      <w:r w:rsidRPr="0057785E">
        <w:rPr>
          <w:color w:val="auto"/>
          <w:lang w:val="pt-BR"/>
        </w:rPr>
        <w:t xml:space="preserve">2 </w:t>
      </w:r>
      <w:r w:rsidR="007F1D32" w:rsidRPr="0057785E">
        <w:rPr>
          <w:color w:val="auto"/>
          <w:lang w:val="pt-BR"/>
        </w:rPr>
        <w:t>Fundamentação Teórica</w:t>
      </w:r>
    </w:p>
    <w:p w14:paraId="5DAE5AEF" w14:textId="77777777" w:rsidR="00E932EA" w:rsidRPr="00734663" w:rsidRDefault="001011D4" w:rsidP="00734663">
      <w:pPr>
        <w:spacing w:line="360" w:lineRule="auto"/>
        <w:rPr>
          <w:rFonts w:ascii="Calibri" w:hAnsi="Calibri" w:cs="Calibri"/>
          <w:lang w:val="pt-BR"/>
        </w:rPr>
      </w:pPr>
      <w:r w:rsidRPr="00734663">
        <w:rPr>
          <w:rFonts w:ascii="Calibri" w:hAnsi="Calibri" w:cs="Calibri"/>
          <w:lang w:val="pt-BR"/>
        </w:rPr>
        <w:t>Nesta seção, d</w:t>
      </w:r>
      <w:r w:rsidR="00111EA6" w:rsidRPr="00734663">
        <w:rPr>
          <w:rFonts w:ascii="Calibri" w:hAnsi="Calibri" w:cs="Calibri"/>
          <w:lang w:val="pt-BR"/>
        </w:rPr>
        <w:t xml:space="preserve">everá ser apresentada </w:t>
      </w:r>
      <w:r w:rsidRPr="00734663">
        <w:rPr>
          <w:rFonts w:ascii="Calibri" w:hAnsi="Calibri" w:cs="Calibri"/>
          <w:lang w:val="pt-BR"/>
        </w:rPr>
        <w:t xml:space="preserve">a base conceitual e </w:t>
      </w:r>
      <w:r w:rsidR="00111EA6" w:rsidRPr="00734663">
        <w:rPr>
          <w:rFonts w:ascii="Calibri" w:hAnsi="Calibri" w:cs="Calibri"/>
          <w:lang w:val="pt-BR"/>
        </w:rPr>
        <w:t>uma breve revisão bibliográfica</w:t>
      </w:r>
      <w:r w:rsidRPr="00734663">
        <w:rPr>
          <w:rFonts w:ascii="Calibri" w:hAnsi="Calibri" w:cs="Calibri"/>
          <w:lang w:val="pt-BR"/>
        </w:rPr>
        <w:t xml:space="preserve"> que sustenta a reflexão crítica e a análise dos dados do estudo</w:t>
      </w:r>
      <w:r w:rsidR="00111EA6" w:rsidRPr="00734663">
        <w:rPr>
          <w:rFonts w:ascii="Calibri" w:hAnsi="Calibri" w:cs="Calibri"/>
          <w:lang w:val="pt-BR"/>
        </w:rPr>
        <w:t xml:space="preserve">. </w:t>
      </w:r>
      <w:r w:rsidR="005F54D6" w:rsidRPr="00734663">
        <w:rPr>
          <w:rFonts w:ascii="Calibri" w:hAnsi="Calibri" w:cs="Calibri"/>
          <w:lang w:val="pt-BR"/>
        </w:rPr>
        <w:t xml:space="preserve">O texto deve ser </w:t>
      </w:r>
      <w:r w:rsidR="005F54D6" w:rsidRPr="00734663">
        <w:rPr>
          <w:rFonts w:ascii="Calibri" w:hAnsi="Calibri" w:cs="Calibri"/>
          <w:lang w:val="pt-BR"/>
        </w:rPr>
        <w:lastRenderedPageBreak/>
        <w:t xml:space="preserve">claro, direto e preciso, evitando-se linguagem rebuscada, excesso de adjetivos ou frases longas. </w:t>
      </w:r>
    </w:p>
    <w:p w14:paraId="1E3DE3C3" w14:textId="0BBFFA04" w:rsidR="00734663" w:rsidRPr="00734663" w:rsidRDefault="00734663" w:rsidP="00734663">
      <w:pPr>
        <w:spacing w:line="360" w:lineRule="auto"/>
        <w:rPr>
          <w:rFonts w:ascii="Calibri" w:hAnsi="Calibri" w:cs="Calibri"/>
          <w:lang w:val="pt-BR"/>
        </w:rPr>
      </w:pPr>
      <w:r w:rsidRPr="00734663">
        <w:rPr>
          <w:rFonts w:ascii="Calibri" w:hAnsi="Calibri" w:cs="Calibri"/>
          <w:lang w:val="pt-BR"/>
        </w:rPr>
        <w:t>Traga uma r</w:t>
      </w:r>
      <w:r w:rsidR="00E932EA" w:rsidRPr="00734663">
        <w:rPr>
          <w:rFonts w:ascii="Calibri" w:hAnsi="Calibri" w:cs="Calibri"/>
          <w:lang w:val="pt-BR"/>
        </w:rPr>
        <w:t xml:space="preserve">evisão da </w:t>
      </w:r>
      <w:r w:rsidRPr="00734663">
        <w:rPr>
          <w:rFonts w:ascii="Calibri" w:hAnsi="Calibri" w:cs="Calibri"/>
          <w:lang w:val="pt-BR"/>
        </w:rPr>
        <w:t>literatur</w:t>
      </w:r>
      <w:r>
        <w:rPr>
          <w:rFonts w:ascii="Calibri" w:hAnsi="Calibri" w:cs="Calibri"/>
          <w:lang w:val="pt-BR"/>
        </w:rPr>
        <w:t xml:space="preserve">a </w:t>
      </w:r>
      <w:r w:rsidRPr="00734663">
        <w:rPr>
          <w:rFonts w:ascii="Calibri" w:hAnsi="Calibri" w:cs="Calibri"/>
          <w:lang w:val="pt-BR"/>
        </w:rPr>
        <w:t>que a</w:t>
      </w:r>
      <w:r w:rsidR="00E932EA" w:rsidRPr="00734663">
        <w:rPr>
          <w:rFonts w:ascii="Calibri" w:hAnsi="Calibri" w:cs="Calibri"/>
          <w:lang w:val="pt-BR"/>
        </w:rPr>
        <w:t>presente o estado da arte do tema, articulando os principais conceitos, autores e quadros analíticos da área (ex.: planejamento urbano, gestão territorial, sustentabilidade, ecologia urbana, geopolítica ambiental)</w:t>
      </w:r>
      <w:r w:rsidRPr="00734663">
        <w:rPr>
          <w:rFonts w:ascii="Calibri" w:hAnsi="Calibri" w:cs="Calibri"/>
          <w:lang w:val="pt-BR"/>
        </w:rPr>
        <w:t>. Desenvolva um d</w:t>
      </w:r>
      <w:r w:rsidR="00E932EA" w:rsidRPr="00734663">
        <w:rPr>
          <w:rFonts w:ascii="Calibri" w:hAnsi="Calibri" w:cs="Calibri"/>
          <w:lang w:val="pt-BR"/>
        </w:rPr>
        <w:t xml:space="preserve">iálogo </w:t>
      </w:r>
      <w:r w:rsidRPr="00734663">
        <w:rPr>
          <w:rFonts w:ascii="Calibri" w:hAnsi="Calibri" w:cs="Calibri"/>
          <w:lang w:val="pt-BR"/>
        </w:rPr>
        <w:t>c</w:t>
      </w:r>
      <w:r w:rsidR="00E932EA" w:rsidRPr="00734663">
        <w:rPr>
          <w:rFonts w:ascii="Calibri" w:hAnsi="Calibri" w:cs="Calibri"/>
          <w:lang w:val="pt-BR"/>
        </w:rPr>
        <w:t>rítico</w:t>
      </w:r>
      <w:r w:rsidRPr="00734663">
        <w:rPr>
          <w:rFonts w:ascii="Calibri" w:hAnsi="Calibri" w:cs="Calibri"/>
          <w:lang w:val="pt-BR"/>
        </w:rPr>
        <w:t>, de modo a e</w:t>
      </w:r>
      <w:r w:rsidR="00E932EA" w:rsidRPr="00734663">
        <w:rPr>
          <w:rFonts w:ascii="Calibri" w:hAnsi="Calibri" w:cs="Calibri"/>
          <w:lang w:val="pt-BR"/>
        </w:rPr>
        <w:t>vit</w:t>
      </w:r>
      <w:r w:rsidRPr="00734663">
        <w:rPr>
          <w:rFonts w:ascii="Calibri" w:hAnsi="Calibri" w:cs="Calibri"/>
          <w:lang w:val="pt-BR"/>
        </w:rPr>
        <w:t>ar</w:t>
      </w:r>
      <w:r w:rsidR="00E932EA" w:rsidRPr="00734663">
        <w:rPr>
          <w:rFonts w:ascii="Calibri" w:hAnsi="Calibri" w:cs="Calibri"/>
          <w:lang w:val="pt-BR"/>
        </w:rPr>
        <w:t xml:space="preserve"> a simples exposição sequencial de resumos; promova um diálogo analítico e integrado entre os autores consultados.</w:t>
      </w:r>
    </w:p>
    <w:p w14:paraId="76FBCCCE" w14:textId="10BD9F7E" w:rsidR="00E932EA" w:rsidRPr="00734663" w:rsidRDefault="00E932EA" w:rsidP="00734663">
      <w:pPr>
        <w:spacing w:line="360" w:lineRule="auto"/>
        <w:rPr>
          <w:rFonts w:ascii="Calibri" w:hAnsi="Calibri" w:cs="Calibri"/>
          <w:lang w:val="pt-BR"/>
        </w:rPr>
      </w:pPr>
      <w:r w:rsidRPr="00734663">
        <w:rPr>
          <w:rFonts w:ascii="Calibri" w:hAnsi="Calibri" w:cs="Calibri"/>
          <w:lang w:val="pt-BR"/>
        </w:rPr>
        <w:t>Utilize subseções numeradas (ex.: 2.1, 2.2) caso o aprofundamento do tema exija divisão temática.</w:t>
      </w:r>
      <w:r w:rsidR="00734663" w:rsidRPr="00734663">
        <w:rPr>
          <w:rFonts w:ascii="Calibri" w:hAnsi="Calibri" w:cs="Calibri"/>
          <w:lang w:val="pt-BR"/>
        </w:rPr>
        <w:t xml:space="preserve"> Aplique o r</w:t>
      </w:r>
      <w:r w:rsidRPr="00734663">
        <w:rPr>
          <w:rFonts w:ascii="Calibri" w:hAnsi="Calibri" w:cs="Calibri"/>
          <w:lang w:val="pt-BR"/>
        </w:rPr>
        <w:t xml:space="preserve">igor </w:t>
      </w:r>
      <w:r w:rsidR="00734663" w:rsidRPr="00734663">
        <w:rPr>
          <w:rFonts w:ascii="Calibri" w:hAnsi="Calibri" w:cs="Calibri"/>
          <w:lang w:val="pt-BR"/>
        </w:rPr>
        <w:t>metodológico nas citações, a fim de g</w:t>
      </w:r>
      <w:r w:rsidRPr="00734663">
        <w:rPr>
          <w:rFonts w:ascii="Calibri" w:hAnsi="Calibri" w:cs="Calibri"/>
          <w:lang w:val="pt-BR"/>
        </w:rPr>
        <w:t>arant</w:t>
      </w:r>
      <w:r w:rsidR="00734663" w:rsidRPr="00734663">
        <w:rPr>
          <w:rFonts w:ascii="Calibri" w:hAnsi="Calibri" w:cs="Calibri"/>
          <w:lang w:val="pt-BR"/>
        </w:rPr>
        <w:t>ir</w:t>
      </w:r>
      <w:r w:rsidRPr="00734663">
        <w:rPr>
          <w:rFonts w:ascii="Calibri" w:hAnsi="Calibri" w:cs="Calibri"/>
          <w:lang w:val="pt-BR"/>
        </w:rPr>
        <w:t xml:space="preserve"> que todas as fontes teóricas citadas no texto estejam estritamente correlacionadas com o debate do artigo e listadas na seção de Referências.</w:t>
      </w:r>
    </w:p>
    <w:p w14:paraId="7779D378" w14:textId="6EFD5907" w:rsidR="005D04F4" w:rsidRPr="004320A6" w:rsidRDefault="00E62858" w:rsidP="004320A6">
      <w:pPr>
        <w:pStyle w:val="Ttulo1"/>
        <w:spacing w:before="240" w:after="120" w:line="360" w:lineRule="auto"/>
        <w:rPr>
          <w:color w:val="auto"/>
          <w:lang w:val="pt-BR"/>
        </w:rPr>
      </w:pPr>
      <w:r w:rsidRPr="004320A6">
        <w:rPr>
          <w:color w:val="auto"/>
          <w:lang w:val="pt-BR"/>
        </w:rPr>
        <w:t xml:space="preserve">3 </w:t>
      </w:r>
      <w:r w:rsidR="007F1D32" w:rsidRPr="004320A6">
        <w:rPr>
          <w:color w:val="auto"/>
          <w:lang w:val="pt-BR"/>
        </w:rPr>
        <w:t>Metodologia</w:t>
      </w:r>
    </w:p>
    <w:p w14:paraId="63DFB9AF" w14:textId="4F3B1B21" w:rsidR="009A6DBC" w:rsidRPr="009A6DBC" w:rsidRDefault="0020541D" w:rsidP="009A6DBC">
      <w:pPr>
        <w:pStyle w:val="Instruo"/>
        <w:spacing w:line="360" w:lineRule="auto"/>
        <w:ind w:firstLine="709"/>
        <w:jc w:val="both"/>
        <w:rPr>
          <w:rFonts w:ascii="Calibri" w:hAnsi="Calibri" w:cs="Calibri"/>
          <w:iCs/>
          <w:sz w:val="24"/>
          <w:szCs w:val="24"/>
          <w:lang w:val="pt-BR"/>
        </w:rPr>
      </w:pPr>
      <w:r w:rsidRPr="00A40C8B">
        <w:rPr>
          <w:rFonts w:ascii="Calibri" w:hAnsi="Calibri" w:cs="Calibri"/>
          <w:sz w:val="24"/>
          <w:szCs w:val="24"/>
          <w:lang w:val="pt-BR"/>
        </w:rPr>
        <w:t>A seção de Metodologia deve descrever</w:t>
      </w:r>
      <w:r w:rsidR="00A40C8B" w:rsidRPr="00A40C8B">
        <w:rPr>
          <w:rFonts w:ascii="Calibri" w:hAnsi="Calibri" w:cs="Calibri"/>
          <w:sz w:val="24"/>
          <w:szCs w:val="24"/>
          <w:lang w:val="pt-BR"/>
        </w:rPr>
        <w:t>,</w:t>
      </w:r>
      <w:r w:rsidRPr="00A40C8B">
        <w:rPr>
          <w:rFonts w:ascii="Calibri" w:hAnsi="Calibri" w:cs="Calibri"/>
          <w:sz w:val="24"/>
          <w:szCs w:val="24"/>
          <w:lang w:val="pt-BR"/>
        </w:rPr>
        <w:t xml:space="preserve"> de forma detalhada</w:t>
      </w:r>
      <w:r w:rsidR="00A40C8B" w:rsidRPr="00A40C8B">
        <w:rPr>
          <w:rFonts w:ascii="Calibri" w:hAnsi="Calibri" w:cs="Calibri"/>
          <w:sz w:val="24"/>
          <w:szCs w:val="24"/>
          <w:lang w:val="pt-BR"/>
        </w:rPr>
        <w:t>,</w:t>
      </w:r>
      <w:r w:rsidRPr="00A40C8B">
        <w:rPr>
          <w:rFonts w:ascii="Calibri" w:hAnsi="Calibri" w:cs="Calibri"/>
          <w:sz w:val="24"/>
          <w:szCs w:val="24"/>
          <w:lang w:val="pt-BR"/>
        </w:rPr>
        <w:t xml:space="preserve"> todos os procedimentos, </w:t>
      </w:r>
      <w:r w:rsidR="00A40C8B" w:rsidRPr="00A40C8B">
        <w:rPr>
          <w:rFonts w:ascii="Calibri" w:hAnsi="Calibri" w:cs="Calibri"/>
          <w:iCs/>
          <w:sz w:val="24"/>
          <w:szCs w:val="24"/>
          <w:lang w:val="pt-BR"/>
        </w:rPr>
        <w:t xml:space="preserve">o delineamento ou </w:t>
      </w:r>
      <w:r w:rsidR="00072404">
        <w:rPr>
          <w:rFonts w:ascii="Calibri" w:hAnsi="Calibri" w:cs="Calibri"/>
          <w:iCs/>
          <w:sz w:val="24"/>
          <w:szCs w:val="24"/>
          <w:lang w:val="pt-BR"/>
        </w:rPr>
        <w:t xml:space="preserve">as </w:t>
      </w:r>
      <w:r w:rsidR="00A40C8B" w:rsidRPr="00A40C8B">
        <w:rPr>
          <w:rFonts w:ascii="Calibri" w:hAnsi="Calibri" w:cs="Calibri"/>
          <w:iCs/>
          <w:sz w:val="24"/>
          <w:szCs w:val="24"/>
          <w:lang w:val="pt-BR"/>
        </w:rPr>
        <w:t>estratégias utilizadas, a área/objeto de estudo,</w:t>
      </w:r>
      <w:r w:rsidR="00A40C8B" w:rsidRPr="00A40C8B">
        <w:rPr>
          <w:rFonts w:ascii="Calibri" w:hAnsi="Calibri" w:cs="Calibri"/>
          <w:sz w:val="24"/>
          <w:szCs w:val="24"/>
          <w:lang w:val="pt-BR"/>
        </w:rPr>
        <w:t xml:space="preserve"> os </w:t>
      </w:r>
      <w:r w:rsidRPr="00A40C8B">
        <w:rPr>
          <w:rFonts w:ascii="Calibri" w:hAnsi="Calibri" w:cs="Calibri"/>
          <w:sz w:val="24"/>
          <w:szCs w:val="24"/>
          <w:lang w:val="pt-BR"/>
        </w:rPr>
        <w:t xml:space="preserve">materiais e </w:t>
      </w:r>
      <w:r w:rsidR="00A40C8B" w:rsidRPr="00A40C8B">
        <w:rPr>
          <w:rFonts w:ascii="Calibri" w:hAnsi="Calibri" w:cs="Calibri"/>
          <w:sz w:val="24"/>
          <w:szCs w:val="24"/>
          <w:lang w:val="pt-BR"/>
        </w:rPr>
        <w:t xml:space="preserve">as </w:t>
      </w:r>
      <w:r w:rsidRPr="00A40C8B">
        <w:rPr>
          <w:rFonts w:ascii="Calibri" w:hAnsi="Calibri" w:cs="Calibri"/>
          <w:sz w:val="24"/>
          <w:szCs w:val="24"/>
          <w:lang w:val="pt-BR"/>
        </w:rPr>
        <w:t>técnicas adotados</w:t>
      </w:r>
      <w:r w:rsidR="00072404">
        <w:rPr>
          <w:rFonts w:ascii="Calibri" w:hAnsi="Calibri" w:cs="Calibri"/>
          <w:sz w:val="24"/>
          <w:szCs w:val="24"/>
          <w:lang w:val="pt-BR"/>
        </w:rPr>
        <w:t xml:space="preserve"> e os </w:t>
      </w:r>
      <w:r w:rsidR="00A40C8B" w:rsidRPr="00A40C8B">
        <w:rPr>
          <w:rFonts w:ascii="Calibri" w:hAnsi="Calibri" w:cs="Calibri"/>
          <w:iCs/>
          <w:sz w:val="24"/>
          <w:szCs w:val="24"/>
          <w:lang w:val="pt-BR"/>
        </w:rPr>
        <w:t xml:space="preserve">instrumentos de coleta e análise de dados </w:t>
      </w:r>
      <w:r w:rsidRPr="00A40C8B">
        <w:rPr>
          <w:rFonts w:ascii="Calibri" w:hAnsi="Calibri" w:cs="Calibri"/>
          <w:sz w:val="24"/>
          <w:szCs w:val="24"/>
          <w:lang w:val="pt-BR"/>
        </w:rPr>
        <w:t>no desenvolvimento da pesquisa.</w:t>
      </w:r>
      <w:r w:rsidR="00A40C8B" w:rsidRPr="00A40C8B">
        <w:rPr>
          <w:rFonts w:ascii="Calibri" w:hAnsi="Calibri" w:cs="Calibri"/>
          <w:sz w:val="24"/>
          <w:szCs w:val="24"/>
          <w:lang w:val="pt-BR"/>
        </w:rPr>
        <w:t xml:space="preserve"> I</w:t>
      </w:r>
      <w:r w:rsidR="00E62858" w:rsidRPr="00A40C8B">
        <w:rPr>
          <w:rFonts w:ascii="Calibri" w:hAnsi="Calibri" w:cs="Calibri"/>
          <w:iCs/>
          <w:sz w:val="24"/>
          <w:szCs w:val="24"/>
          <w:lang w:val="pt-BR"/>
        </w:rPr>
        <w:t>nforme aprovações éticas quando pertinentes.</w:t>
      </w:r>
      <w:r w:rsidRPr="00A40C8B">
        <w:rPr>
          <w:rFonts w:ascii="Calibri" w:hAnsi="Calibri" w:cs="Calibri"/>
          <w:iCs/>
          <w:sz w:val="24"/>
          <w:szCs w:val="24"/>
          <w:lang w:val="pt-BR"/>
        </w:rPr>
        <w:t xml:space="preserve"> </w:t>
      </w:r>
    </w:p>
    <w:p w14:paraId="774BF557" w14:textId="77679A3A" w:rsidR="009A6DBC" w:rsidRPr="00FB3270" w:rsidRDefault="009A6DBC" w:rsidP="009A6DBC">
      <w:pPr>
        <w:pStyle w:val="PargrafodaLista"/>
        <w:numPr>
          <w:ilvl w:val="1"/>
          <w:numId w:val="16"/>
        </w:numPr>
        <w:spacing w:before="240" w:after="120" w:line="360" w:lineRule="auto"/>
        <w:ind w:left="357" w:hanging="357"/>
        <w:rPr>
          <w:rFonts w:ascii="Calibri" w:hAnsi="Calibri" w:cs="Calibri"/>
          <w:lang w:val="pt-BR"/>
        </w:rPr>
      </w:pPr>
      <w:r w:rsidRPr="00FB3270">
        <w:rPr>
          <w:rFonts w:ascii="Calibri" w:hAnsi="Calibri" w:cs="Calibri"/>
          <w:lang w:val="pt-BR"/>
        </w:rPr>
        <w:t>Classificação da Pesquisa</w:t>
      </w:r>
    </w:p>
    <w:p w14:paraId="3264B6DF" w14:textId="596BFAEF" w:rsidR="009A6DBC" w:rsidRPr="00FB3270" w:rsidRDefault="009A6DBC" w:rsidP="00ED43EC">
      <w:pPr>
        <w:spacing w:line="360" w:lineRule="auto"/>
        <w:rPr>
          <w:rFonts w:ascii="Calibri" w:hAnsi="Calibri" w:cs="Calibri"/>
          <w:lang w:val="pt-BR"/>
        </w:rPr>
      </w:pPr>
      <w:r w:rsidRPr="00FB3270">
        <w:rPr>
          <w:rFonts w:ascii="Calibri" w:hAnsi="Calibri" w:cs="Calibri"/>
          <w:lang w:val="pt-BR"/>
        </w:rPr>
        <w:t>Caracterize a abordagem (qualitativa, quantitativa ou mista), a natureza da pesquisa (exploratória, descritiva, explicativa) e o delineamento utilizado (estudo de caso, pesquisa-ação, análise espacial, levantamento de campo etc.).</w:t>
      </w:r>
    </w:p>
    <w:p w14:paraId="5B810D40" w14:textId="4D8744EC" w:rsidR="009A6DBC" w:rsidRPr="00ED43EC" w:rsidRDefault="009A6DBC" w:rsidP="00ED43EC">
      <w:pPr>
        <w:pStyle w:val="PargrafodaLista"/>
        <w:numPr>
          <w:ilvl w:val="1"/>
          <w:numId w:val="16"/>
        </w:numPr>
        <w:spacing w:before="240" w:after="120" w:line="360" w:lineRule="auto"/>
        <w:ind w:left="357" w:hanging="357"/>
        <w:rPr>
          <w:rFonts w:ascii="Calibri" w:hAnsi="Calibri" w:cs="Calibri"/>
          <w:lang w:val="pt-BR"/>
        </w:rPr>
      </w:pPr>
      <w:r w:rsidRPr="00FB3270">
        <w:rPr>
          <w:rFonts w:ascii="Calibri" w:hAnsi="Calibri" w:cs="Calibri"/>
          <w:lang w:val="pt-BR"/>
        </w:rPr>
        <w:t>Área de Estudo e Amostra</w:t>
      </w:r>
    </w:p>
    <w:p w14:paraId="0243C983" w14:textId="1E867D91" w:rsidR="009A6DBC" w:rsidRPr="00FB3270" w:rsidRDefault="009A6DBC" w:rsidP="00ED43EC">
      <w:pPr>
        <w:spacing w:line="360" w:lineRule="auto"/>
        <w:rPr>
          <w:rFonts w:ascii="Calibri" w:hAnsi="Calibri" w:cs="Calibri"/>
          <w:lang w:val="pt-BR"/>
        </w:rPr>
      </w:pPr>
      <w:r w:rsidRPr="00FB3270">
        <w:rPr>
          <w:rFonts w:ascii="Calibri" w:hAnsi="Calibri" w:cs="Calibri"/>
          <w:lang w:val="pt-BR"/>
        </w:rPr>
        <w:t>Descreva a delimitação espacial e temporal do objeto de estudo. Caso aplicável, inclua mapas de localização, universo amostral e critérios de seleção de dados ou sujeitos de pesquisa.</w:t>
      </w:r>
    </w:p>
    <w:p w14:paraId="1C397FE1" w14:textId="127D70C2" w:rsidR="009A6DBC" w:rsidRPr="00ED43EC" w:rsidRDefault="009A6DBC" w:rsidP="00ED43EC">
      <w:pPr>
        <w:pStyle w:val="PargrafodaLista"/>
        <w:numPr>
          <w:ilvl w:val="1"/>
          <w:numId w:val="16"/>
        </w:numPr>
        <w:spacing w:before="240" w:after="120" w:line="360" w:lineRule="auto"/>
        <w:ind w:left="357" w:hanging="357"/>
        <w:rPr>
          <w:rFonts w:ascii="Calibri" w:hAnsi="Calibri" w:cs="Calibri"/>
          <w:lang w:val="pt-BR"/>
        </w:rPr>
      </w:pPr>
      <w:r w:rsidRPr="00FB3270">
        <w:rPr>
          <w:rFonts w:ascii="Calibri" w:hAnsi="Calibri" w:cs="Calibri"/>
          <w:lang w:val="pt-BR"/>
        </w:rPr>
        <w:t>Coleta de Dados</w:t>
      </w:r>
    </w:p>
    <w:p w14:paraId="38156EB7" w14:textId="288BD5E1" w:rsidR="009A6DBC" w:rsidRPr="00FB3270" w:rsidRDefault="009A6DBC" w:rsidP="00ED43EC">
      <w:pPr>
        <w:spacing w:line="360" w:lineRule="auto"/>
        <w:rPr>
          <w:rFonts w:ascii="Calibri" w:hAnsi="Calibri" w:cs="Calibri"/>
          <w:lang w:val="pt-BR"/>
        </w:rPr>
      </w:pPr>
      <w:r w:rsidRPr="00FB3270">
        <w:rPr>
          <w:rFonts w:ascii="Calibri" w:hAnsi="Calibri" w:cs="Calibri"/>
          <w:lang w:val="pt-BR"/>
        </w:rPr>
        <w:t>Detalhe os instrumentos e</w:t>
      </w:r>
      <w:r w:rsidR="00FB3270">
        <w:rPr>
          <w:rFonts w:ascii="Calibri" w:hAnsi="Calibri" w:cs="Calibri"/>
          <w:lang w:val="pt-BR"/>
        </w:rPr>
        <w:t xml:space="preserve"> as</w:t>
      </w:r>
      <w:r w:rsidRPr="00FB3270">
        <w:rPr>
          <w:rFonts w:ascii="Calibri" w:hAnsi="Calibri" w:cs="Calibri"/>
          <w:lang w:val="pt-BR"/>
        </w:rPr>
        <w:t xml:space="preserve"> fontes utilizados (dados primários, dados secundários de bases governamentais, imagens de satélite, questionários, entrevistas).</w:t>
      </w:r>
    </w:p>
    <w:p w14:paraId="3D737D5E" w14:textId="095E66C4" w:rsidR="009A6DBC" w:rsidRPr="00ED43EC" w:rsidRDefault="009A6DBC" w:rsidP="00ED43EC">
      <w:pPr>
        <w:pStyle w:val="PargrafodaLista"/>
        <w:numPr>
          <w:ilvl w:val="1"/>
          <w:numId w:val="16"/>
        </w:numPr>
        <w:spacing w:before="240" w:after="120" w:line="360" w:lineRule="auto"/>
        <w:ind w:left="357" w:hanging="357"/>
        <w:rPr>
          <w:rFonts w:ascii="Calibri" w:hAnsi="Calibri" w:cs="Calibri"/>
          <w:lang w:val="pt-BR"/>
        </w:rPr>
      </w:pPr>
      <w:r w:rsidRPr="00FB3270">
        <w:rPr>
          <w:rFonts w:ascii="Calibri" w:hAnsi="Calibri" w:cs="Calibri"/>
          <w:lang w:val="pt-BR"/>
        </w:rPr>
        <w:lastRenderedPageBreak/>
        <w:t>Análise dos Dados</w:t>
      </w:r>
    </w:p>
    <w:p w14:paraId="5F58F0C5" w14:textId="5CCD34BF" w:rsidR="009A6DBC" w:rsidRPr="00FB3270" w:rsidRDefault="009A6DBC" w:rsidP="00ED43EC">
      <w:pPr>
        <w:spacing w:line="360" w:lineRule="auto"/>
        <w:rPr>
          <w:rFonts w:ascii="Calibri" w:hAnsi="Calibri" w:cs="Calibri"/>
          <w:lang w:val="pt-BR"/>
        </w:rPr>
      </w:pPr>
      <w:r w:rsidRPr="00FB3270">
        <w:rPr>
          <w:rFonts w:ascii="Calibri" w:hAnsi="Calibri" w:cs="Calibri"/>
          <w:lang w:val="pt-BR"/>
        </w:rPr>
        <w:t xml:space="preserve">Indique os métodos e softwares (SIG, estatísticos, análise de conteúdo) empregados para o processamento, </w:t>
      </w:r>
      <w:r w:rsidR="00ED43EC">
        <w:rPr>
          <w:rFonts w:ascii="Calibri" w:hAnsi="Calibri" w:cs="Calibri"/>
          <w:lang w:val="pt-BR"/>
        </w:rPr>
        <w:t xml:space="preserve">a </w:t>
      </w:r>
      <w:r w:rsidRPr="00FB3270">
        <w:rPr>
          <w:rFonts w:ascii="Calibri" w:hAnsi="Calibri" w:cs="Calibri"/>
          <w:lang w:val="pt-BR"/>
        </w:rPr>
        <w:t>tabulação e</w:t>
      </w:r>
      <w:r w:rsidR="00ED43EC">
        <w:rPr>
          <w:rFonts w:ascii="Calibri" w:hAnsi="Calibri" w:cs="Calibri"/>
          <w:lang w:val="pt-BR"/>
        </w:rPr>
        <w:t xml:space="preserve"> </w:t>
      </w:r>
      <w:proofErr w:type="spellStart"/>
      <w:r w:rsidR="00ED43EC">
        <w:rPr>
          <w:rFonts w:ascii="Calibri" w:hAnsi="Calibri" w:cs="Calibri"/>
          <w:lang w:val="pt-BR"/>
        </w:rPr>
        <w:t>a</w:t>
      </w:r>
      <w:proofErr w:type="spellEnd"/>
      <w:r w:rsidRPr="00FB3270">
        <w:rPr>
          <w:rFonts w:ascii="Calibri" w:hAnsi="Calibri" w:cs="Calibri"/>
          <w:lang w:val="pt-BR"/>
        </w:rPr>
        <w:t xml:space="preserve"> interpretação das informações.</w:t>
      </w:r>
    </w:p>
    <w:p w14:paraId="390CD7DA" w14:textId="691B710F" w:rsidR="009A6DBC" w:rsidRPr="00ED43EC" w:rsidRDefault="009A6DBC" w:rsidP="00ED43EC">
      <w:pPr>
        <w:pStyle w:val="PargrafodaLista"/>
        <w:numPr>
          <w:ilvl w:val="1"/>
          <w:numId w:val="16"/>
        </w:numPr>
        <w:spacing w:before="240" w:after="120" w:line="360" w:lineRule="auto"/>
        <w:ind w:left="357" w:hanging="357"/>
        <w:rPr>
          <w:rFonts w:ascii="Calibri" w:hAnsi="Calibri" w:cs="Calibri"/>
          <w:lang w:val="pt-BR"/>
        </w:rPr>
      </w:pPr>
      <w:r w:rsidRPr="00FB3270">
        <w:rPr>
          <w:rFonts w:ascii="Calibri" w:hAnsi="Calibri" w:cs="Calibri"/>
          <w:lang w:val="pt-BR"/>
        </w:rPr>
        <w:t>Aspectos Éticos</w:t>
      </w:r>
    </w:p>
    <w:p w14:paraId="4B150E5E" w14:textId="129D5685" w:rsidR="009A6DBC" w:rsidRPr="00FB3270" w:rsidRDefault="009A6DBC" w:rsidP="00ED43EC">
      <w:pPr>
        <w:spacing w:line="360" w:lineRule="auto"/>
        <w:rPr>
          <w:rFonts w:ascii="Calibri" w:hAnsi="Calibri" w:cs="Calibri"/>
          <w:lang w:val="pt-BR"/>
        </w:rPr>
      </w:pPr>
      <w:r w:rsidRPr="00FB3270">
        <w:rPr>
          <w:rFonts w:ascii="Calibri" w:hAnsi="Calibri" w:cs="Calibri"/>
          <w:lang w:val="pt-BR"/>
        </w:rPr>
        <w:t>Caso a pesquisa envolva seres humanos ou dados protegidos, mencione formalmente a aprovação por Comitê de Ética em Pesquisa (CEP/CONEP) ou os termos de consentimento aplicáveis.</w:t>
      </w:r>
    </w:p>
    <w:p w14:paraId="2FD75F93" w14:textId="56720598" w:rsidR="005D04F4" w:rsidRPr="004320A6" w:rsidRDefault="00E62858" w:rsidP="004320A6">
      <w:pPr>
        <w:pStyle w:val="Ttulo1"/>
        <w:spacing w:before="240" w:after="120" w:line="360" w:lineRule="auto"/>
        <w:rPr>
          <w:color w:val="auto"/>
          <w:lang w:val="pt-BR"/>
        </w:rPr>
      </w:pPr>
      <w:r w:rsidRPr="004320A6">
        <w:rPr>
          <w:color w:val="auto"/>
          <w:lang w:val="pt-BR"/>
        </w:rPr>
        <w:t xml:space="preserve">4 </w:t>
      </w:r>
      <w:r w:rsidR="007F1D32" w:rsidRPr="004320A6">
        <w:rPr>
          <w:color w:val="auto"/>
          <w:lang w:val="pt-BR"/>
        </w:rPr>
        <w:t>Resultados e Discussão</w:t>
      </w:r>
    </w:p>
    <w:p w14:paraId="6050940A" w14:textId="5E8523E8" w:rsidR="00111EA6" w:rsidRPr="009C1601" w:rsidRDefault="00E62858" w:rsidP="005D31CD">
      <w:pPr>
        <w:spacing w:line="360" w:lineRule="auto"/>
        <w:rPr>
          <w:rFonts w:ascii="Calibri" w:hAnsi="Calibri" w:cs="Calibri"/>
          <w:lang w:val="pt-BR"/>
        </w:rPr>
      </w:pPr>
      <w:r w:rsidRPr="001F25C5">
        <w:rPr>
          <w:rFonts w:ascii="Calibri" w:hAnsi="Calibri" w:cs="Calibri"/>
          <w:iCs/>
          <w:szCs w:val="24"/>
        </w:rPr>
        <w:t xml:space="preserve">Apresente os </w:t>
      </w:r>
      <w:r w:rsidRPr="007F1D32">
        <w:rPr>
          <w:rFonts w:ascii="Calibri" w:hAnsi="Calibri" w:cs="Calibri"/>
          <w:iCs/>
          <w:szCs w:val="24"/>
          <w:lang w:val="pt-BR"/>
        </w:rPr>
        <w:t>resultados de forma organizada</w:t>
      </w:r>
      <w:r w:rsidR="005D31CD" w:rsidRPr="00251E70">
        <w:t xml:space="preserve"> e </w:t>
      </w:r>
      <w:r w:rsidR="005D31CD" w:rsidRPr="005D31CD">
        <w:rPr>
          <w:rFonts w:ascii="Calibri" w:hAnsi="Calibri" w:cs="Calibri"/>
          <w:lang w:val="pt-BR"/>
        </w:rPr>
        <w:t>discuta-os criticamente à luz do referencial teórico adotado.</w:t>
      </w:r>
      <w:r w:rsidR="005D31CD">
        <w:rPr>
          <w:rFonts w:ascii="Calibri" w:hAnsi="Calibri" w:cs="Calibri"/>
          <w:lang w:val="pt-BR"/>
        </w:rPr>
        <w:t xml:space="preserve"> </w:t>
      </w:r>
      <w:r w:rsidR="009C1601" w:rsidRPr="009C1601">
        <w:rPr>
          <w:rFonts w:ascii="Calibri" w:hAnsi="Calibri" w:cs="Calibri"/>
          <w:lang w:val="pt-BR"/>
        </w:rPr>
        <w:t>Exponha os dados de forma clara, lógica e objetiva, c</w:t>
      </w:r>
      <w:r w:rsidRPr="009C1601">
        <w:rPr>
          <w:rFonts w:ascii="Calibri" w:hAnsi="Calibri" w:cs="Calibri"/>
          <w:iCs/>
          <w:szCs w:val="24"/>
          <w:lang w:val="pt-BR"/>
        </w:rPr>
        <w:t xml:space="preserve">ite as figuras, </w:t>
      </w:r>
      <w:r w:rsidR="005D31CD" w:rsidRPr="009C1601">
        <w:rPr>
          <w:rFonts w:ascii="Calibri" w:hAnsi="Calibri" w:cs="Calibri"/>
          <w:iCs/>
          <w:szCs w:val="24"/>
          <w:lang w:val="pt-BR"/>
        </w:rPr>
        <w:t xml:space="preserve">os </w:t>
      </w:r>
      <w:r w:rsidRPr="009C1601">
        <w:rPr>
          <w:rFonts w:ascii="Calibri" w:hAnsi="Calibri" w:cs="Calibri"/>
          <w:iCs/>
          <w:szCs w:val="24"/>
          <w:lang w:val="pt-BR"/>
        </w:rPr>
        <w:t>mapas,</w:t>
      </w:r>
      <w:r w:rsidR="005D31CD" w:rsidRPr="009C1601">
        <w:rPr>
          <w:rFonts w:ascii="Calibri" w:hAnsi="Calibri" w:cs="Calibri"/>
          <w:iCs/>
          <w:szCs w:val="24"/>
          <w:lang w:val="pt-BR"/>
        </w:rPr>
        <w:t xml:space="preserve"> as</w:t>
      </w:r>
      <w:r w:rsidRPr="009C1601">
        <w:rPr>
          <w:rFonts w:ascii="Calibri" w:hAnsi="Calibri" w:cs="Calibri"/>
          <w:iCs/>
          <w:szCs w:val="24"/>
          <w:lang w:val="pt-BR"/>
        </w:rPr>
        <w:t xml:space="preserve"> plantas e </w:t>
      </w:r>
      <w:r w:rsidR="005D31CD" w:rsidRPr="009C1601">
        <w:rPr>
          <w:rFonts w:ascii="Calibri" w:hAnsi="Calibri" w:cs="Calibri"/>
          <w:iCs/>
          <w:szCs w:val="24"/>
          <w:lang w:val="pt-BR"/>
        </w:rPr>
        <w:t xml:space="preserve">as </w:t>
      </w:r>
      <w:r w:rsidRPr="009C1601">
        <w:rPr>
          <w:rFonts w:ascii="Calibri" w:hAnsi="Calibri" w:cs="Calibri"/>
          <w:iCs/>
          <w:szCs w:val="24"/>
          <w:lang w:val="pt-BR"/>
        </w:rPr>
        <w:t>tabelas no texto e insira-os logo após a primeira menção.</w:t>
      </w:r>
    </w:p>
    <w:p w14:paraId="03FD0E8F" w14:textId="77777777" w:rsidR="00F92104" w:rsidRDefault="009C1601" w:rsidP="00F92104">
      <w:pPr>
        <w:pStyle w:val="Instruo"/>
        <w:spacing w:line="360" w:lineRule="auto"/>
        <w:ind w:firstLine="709"/>
        <w:jc w:val="both"/>
        <w:rPr>
          <w:rFonts w:ascii="Calibri" w:hAnsi="Calibri" w:cs="Calibri"/>
          <w:iCs/>
          <w:sz w:val="24"/>
          <w:szCs w:val="24"/>
          <w:lang w:val="pt-BR"/>
        </w:rPr>
      </w:pPr>
      <w:r>
        <w:rPr>
          <w:rFonts w:ascii="Calibri" w:hAnsi="Calibri" w:cs="Calibri"/>
          <w:iCs/>
          <w:sz w:val="24"/>
          <w:szCs w:val="24"/>
          <w:lang w:val="pt-BR"/>
        </w:rPr>
        <w:t>A</w:t>
      </w:r>
      <w:r w:rsidR="00111EA6" w:rsidRPr="00BA13C7">
        <w:rPr>
          <w:rFonts w:ascii="Calibri" w:hAnsi="Calibri" w:cs="Calibri"/>
          <w:iCs/>
          <w:sz w:val="24"/>
          <w:szCs w:val="24"/>
          <w:lang w:val="pt-BR"/>
        </w:rPr>
        <w:t xml:space="preserve"> descrição do desenvolvimento da pesquisa deverá ser clara, </w:t>
      </w:r>
      <w:r>
        <w:rPr>
          <w:rFonts w:ascii="Calibri" w:hAnsi="Calibri" w:cs="Calibri"/>
          <w:iCs/>
          <w:sz w:val="24"/>
          <w:szCs w:val="24"/>
          <w:lang w:val="pt-BR"/>
        </w:rPr>
        <w:t xml:space="preserve">a fim de </w:t>
      </w:r>
      <w:r w:rsidR="00111EA6" w:rsidRPr="00BA13C7">
        <w:rPr>
          <w:rFonts w:ascii="Calibri" w:hAnsi="Calibri" w:cs="Calibri"/>
          <w:iCs/>
          <w:sz w:val="24"/>
          <w:szCs w:val="24"/>
          <w:lang w:val="pt-BR"/>
        </w:rPr>
        <w:t>permiti</w:t>
      </w:r>
      <w:r>
        <w:rPr>
          <w:rFonts w:ascii="Calibri" w:hAnsi="Calibri" w:cs="Calibri"/>
          <w:iCs/>
          <w:sz w:val="24"/>
          <w:szCs w:val="24"/>
          <w:lang w:val="pt-BR"/>
        </w:rPr>
        <w:t>r</w:t>
      </w:r>
      <w:r w:rsidR="00111EA6" w:rsidRPr="00BA13C7">
        <w:rPr>
          <w:rFonts w:ascii="Calibri" w:hAnsi="Calibri" w:cs="Calibri"/>
          <w:iCs/>
          <w:sz w:val="24"/>
          <w:szCs w:val="24"/>
          <w:lang w:val="pt-BR"/>
        </w:rPr>
        <w:t xml:space="preserve"> ao leitor compreender com clareza o procedimento adotado ou ter acesso a ele por referências citadas</w:t>
      </w:r>
      <w:r>
        <w:rPr>
          <w:rFonts w:ascii="Calibri" w:hAnsi="Calibri" w:cs="Calibri"/>
          <w:iCs/>
          <w:sz w:val="24"/>
          <w:szCs w:val="24"/>
          <w:lang w:val="pt-BR"/>
        </w:rPr>
        <w:t xml:space="preserve">. </w:t>
      </w:r>
      <w:r w:rsidR="007F1D32" w:rsidRPr="00C576F9">
        <w:rPr>
          <w:rFonts w:ascii="Calibri" w:hAnsi="Calibri" w:cs="Calibri"/>
          <w:iCs/>
          <w:sz w:val="24"/>
          <w:szCs w:val="24"/>
          <w:lang w:val="pt-BR"/>
        </w:rPr>
        <w:t xml:space="preserve">As citações devem </w:t>
      </w:r>
      <w:r w:rsidR="003C0CA6" w:rsidRPr="00C576F9">
        <w:rPr>
          <w:rFonts w:ascii="Calibri" w:hAnsi="Calibri" w:cs="Calibri"/>
          <w:sz w:val="24"/>
          <w:szCs w:val="24"/>
        </w:rPr>
        <w:t>seguir</w:t>
      </w:r>
      <w:r w:rsidR="00C576F9">
        <w:rPr>
          <w:rFonts w:ascii="Calibri" w:hAnsi="Calibri" w:cs="Calibri"/>
          <w:sz w:val="24"/>
          <w:szCs w:val="24"/>
        </w:rPr>
        <w:t xml:space="preserve"> </w:t>
      </w:r>
      <w:r w:rsidR="003C0CA6" w:rsidRPr="00C576F9">
        <w:rPr>
          <w:rFonts w:ascii="Calibri" w:hAnsi="Calibri" w:cs="Calibri"/>
          <w:sz w:val="24"/>
          <w:szCs w:val="24"/>
        </w:rPr>
        <w:t xml:space="preserve">a </w:t>
      </w:r>
      <w:hyperlink r:id="rId18" w:history="1">
        <w:r w:rsidR="003C0CA6" w:rsidRPr="00B179CC">
          <w:rPr>
            <w:rStyle w:val="Hyperlink"/>
            <w:rFonts w:ascii="Calibri" w:hAnsi="Calibri" w:cs="Calibri"/>
            <w:sz w:val="24"/>
            <w:szCs w:val="24"/>
          </w:rPr>
          <w:t>ABNT NBR 10520:2023</w:t>
        </w:r>
      </w:hyperlink>
      <w:r w:rsidR="007F1D32" w:rsidRPr="00C576F9">
        <w:rPr>
          <w:rFonts w:ascii="Calibri" w:hAnsi="Calibri" w:cs="Calibri"/>
          <w:iCs/>
          <w:sz w:val="24"/>
          <w:szCs w:val="24"/>
          <w:lang w:val="pt-BR"/>
        </w:rPr>
        <w:t>, mas sua</w:t>
      </w:r>
      <w:r w:rsidR="007F1D32" w:rsidRPr="007F1D32">
        <w:rPr>
          <w:rFonts w:ascii="Calibri" w:hAnsi="Calibri" w:cs="Calibri"/>
          <w:iCs/>
          <w:sz w:val="24"/>
          <w:szCs w:val="24"/>
          <w:lang w:val="pt-BR"/>
        </w:rPr>
        <w:t xml:space="preserve"> quantidade não deve ser excessiva.</w:t>
      </w:r>
      <w:r w:rsidR="00EA0A6B">
        <w:rPr>
          <w:rFonts w:ascii="Calibri" w:hAnsi="Calibri" w:cs="Calibri"/>
          <w:iCs/>
          <w:sz w:val="24"/>
          <w:szCs w:val="24"/>
          <w:lang w:val="pt-BR"/>
        </w:rPr>
        <w:t xml:space="preserve"> </w:t>
      </w:r>
      <w:r w:rsidR="007F1D32" w:rsidRPr="007F1D32">
        <w:rPr>
          <w:rFonts w:ascii="Calibri" w:hAnsi="Calibri" w:cs="Calibri"/>
          <w:iCs/>
          <w:sz w:val="24"/>
          <w:szCs w:val="24"/>
          <w:lang w:val="pt-BR"/>
        </w:rPr>
        <w:t>Deve-se evitar: referências para conhecimento geral do tema abordado; referências secundárias (</w:t>
      </w:r>
      <w:r w:rsidR="007F1D32" w:rsidRPr="007F1D32">
        <w:rPr>
          <w:rFonts w:ascii="Calibri" w:hAnsi="Calibri" w:cs="Calibri"/>
          <w:i/>
          <w:iCs/>
          <w:sz w:val="24"/>
          <w:szCs w:val="24"/>
          <w:lang w:val="pt-BR"/>
        </w:rPr>
        <w:t>apud</w:t>
      </w:r>
      <w:r w:rsidR="007F1D32" w:rsidRPr="007F1D32">
        <w:rPr>
          <w:rFonts w:ascii="Calibri" w:hAnsi="Calibri" w:cs="Calibri"/>
          <w:iCs/>
          <w:sz w:val="24"/>
          <w:szCs w:val="24"/>
          <w:lang w:val="pt-BR"/>
        </w:rPr>
        <w:t>); muitas referências para um único argumento; e referências próprias.</w:t>
      </w:r>
    </w:p>
    <w:p w14:paraId="41A373CC" w14:textId="2F677BC4" w:rsidR="00F92104" w:rsidRPr="00F92104" w:rsidRDefault="00F92104" w:rsidP="00F92104">
      <w:pPr>
        <w:spacing w:line="360" w:lineRule="auto"/>
        <w:rPr>
          <w:rFonts w:ascii="Calibri" w:hAnsi="Calibri" w:cs="Calibri"/>
          <w:lang w:val="pt-BR"/>
        </w:rPr>
      </w:pPr>
      <w:r w:rsidRPr="00F92104">
        <w:rPr>
          <w:rFonts w:ascii="Calibri" w:hAnsi="Calibri" w:cs="Calibri"/>
          <w:lang w:val="pt-BR"/>
        </w:rPr>
        <w:t>Não se limite a descrever os dados. Interprete o significado dos resultados, confrontando-os com a literatura citada na Fundamentação Teórica e apontando convergências, divergências ou novas descobertas.</w:t>
      </w:r>
    </w:p>
    <w:p w14:paraId="6DDB9503" w14:textId="57B46879" w:rsidR="00737878" w:rsidRPr="00EA0A6B" w:rsidRDefault="00EA0A6B" w:rsidP="00F92104">
      <w:pPr>
        <w:pStyle w:val="Instruo"/>
        <w:spacing w:before="240" w:after="120" w:line="360" w:lineRule="auto"/>
        <w:jc w:val="both"/>
        <w:rPr>
          <w:rFonts w:ascii="Calibri" w:hAnsi="Calibri" w:cs="Calibri"/>
          <w:iCs/>
          <w:sz w:val="24"/>
          <w:szCs w:val="24"/>
          <w:lang w:val="pt-BR"/>
        </w:rPr>
      </w:pPr>
      <w:r w:rsidRPr="00EA0A6B">
        <w:rPr>
          <w:rFonts w:ascii="Calibri" w:hAnsi="Calibri" w:cs="Calibri"/>
          <w:iCs/>
          <w:sz w:val="24"/>
          <w:szCs w:val="24"/>
          <w:lang w:val="pt-BR"/>
        </w:rPr>
        <w:t>4.1 Il</w:t>
      </w:r>
      <w:r w:rsidR="00737878" w:rsidRPr="00EA0A6B">
        <w:rPr>
          <w:rFonts w:ascii="Calibri" w:hAnsi="Calibri" w:cs="Calibri"/>
          <w:iCs/>
          <w:sz w:val="24"/>
          <w:szCs w:val="24"/>
          <w:lang w:val="pt-BR"/>
        </w:rPr>
        <w:t xml:space="preserve">ustrações, Quadros, Tabelas </w:t>
      </w:r>
      <w:r w:rsidR="00BA13C7" w:rsidRPr="00EA0A6B">
        <w:rPr>
          <w:rFonts w:ascii="Calibri" w:hAnsi="Calibri" w:cs="Calibri"/>
          <w:iCs/>
          <w:sz w:val="24"/>
          <w:szCs w:val="24"/>
          <w:lang w:val="pt-BR"/>
        </w:rPr>
        <w:t>e</w:t>
      </w:r>
      <w:r w:rsidR="00737878" w:rsidRPr="00EA0A6B">
        <w:rPr>
          <w:rFonts w:ascii="Calibri" w:hAnsi="Calibri" w:cs="Calibri"/>
          <w:iCs/>
          <w:sz w:val="24"/>
          <w:szCs w:val="24"/>
          <w:lang w:val="pt-BR"/>
        </w:rPr>
        <w:t xml:space="preserve"> Fórmulas</w:t>
      </w:r>
    </w:p>
    <w:p w14:paraId="27EE5AD0" w14:textId="77777777" w:rsidR="00DD3572" w:rsidRDefault="00C9312B" w:rsidP="00037DF1">
      <w:pPr>
        <w:pStyle w:val="Instruo"/>
        <w:spacing w:line="360" w:lineRule="auto"/>
        <w:ind w:firstLine="709"/>
        <w:jc w:val="both"/>
        <w:rPr>
          <w:rFonts w:ascii="Calibri" w:hAnsi="Calibri" w:cs="Calibri"/>
          <w:b/>
          <w:bCs/>
          <w:iCs/>
          <w:sz w:val="24"/>
          <w:szCs w:val="24"/>
          <w:lang w:val="pt-BR"/>
        </w:rPr>
      </w:pPr>
      <w:r w:rsidRPr="00C9312B">
        <w:rPr>
          <w:rFonts w:ascii="Calibri" w:hAnsi="Calibri" w:cs="Calibri"/>
          <w:sz w:val="24"/>
          <w:szCs w:val="24"/>
          <w:lang w:val="pt-BR"/>
        </w:rPr>
        <w:t>Os elementos visuais (</w:t>
      </w:r>
      <w:r w:rsidRPr="00C9312B">
        <w:rPr>
          <w:rFonts w:ascii="Calibri" w:hAnsi="Calibri" w:cs="Calibri"/>
          <w:iCs/>
          <w:sz w:val="24"/>
          <w:szCs w:val="24"/>
          <w:lang w:val="pt-BR"/>
        </w:rPr>
        <w:t>Quadros, Tabelas</w:t>
      </w:r>
      <w:r>
        <w:rPr>
          <w:rFonts w:ascii="Calibri" w:hAnsi="Calibri" w:cs="Calibri"/>
          <w:iCs/>
          <w:sz w:val="24"/>
          <w:szCs w:val="24"/>
          <w:lang w:val="pt-BR"/>
        </w:rPr>
        <w:t xml:space="preserve">, </w:t>
      </w:r>
      <w:r w:rsidRPr="00C9312B">
        <w:rPr>
          <w:rFonts w:ascii="Calibri" w:hAnsi="Calibri" w:cs="Calibri"/>
          <w:iCs/>
          <w:sz w:val="24"/>
          <w:szCs w:val="24"/>
          <w:lang w:val="pt-BR"/>
        </w:rPr>
        <w:t>Fórmulas</w:t>
      </w:r>
      <w:r>
        <w:rPr>
          <w:rFonts w:ascii="Calibri" w:hAnsi="Calibri" w:cs="Calibri"/>
          <w:sz w:val="24"/>
          <w:szCs w:val="24"/>
          <w:lang w:val="pt-BR"/>
        </w:rPr>
        <w:t xml:space="preserve"> e F</w:t>
      </w:r>
      <w:r w:rsidRPr="00C9312B">
        <w:rPr>
          <w:rFonts w:ascii="Calibri" w:hAnsi="Calibri" w:cs="Calibri"/>
          <w:sz w:val="24"/>
          <w:szCs w:val="24"/>
          <w:lang w:val="pt-BR"/>
        </w:rPr>
        <w:t xml:space="preserve">iguras) devem ser numerados sequencialmente, em algarismos arábicos, na ordem em que aparecem no texto, imediatamente após a sua primeira citação. A numeração deve ser precedida da designação correspondente, como: </w:t>
      </w:r>
      <w:r w:rsidRPr="00C9312B">
        <w:rPr>
          <w:rFonts w:ascii="Calibri" w:hAnsi="Calibri" w:cs="Calibri"/>
          <w:iCs/>
          <w:sz w:val="24"/>
          <w:szCs w:val="24"/>
          <w:lang w:val="pt-BR"/>
        </w:rPr>
        <w:t>Tabela 1, Quadro 1, Figura 1 ou Fórmula</w:t>
      </w:r>
      <w:r>
        <w:rPr>
          <w:rFonts w:ascii="Calibri" w:hAnsi="Calibri" w:cs="Calibri"/>
          <w:iCs/>
          <w:sz w:val="24"/>
          <w:szCs w:val="24"/>
          <w:lang w:val="pt-BR"/>
        </w:rPr>
        <w:t xml:space="preserve"> </w:t>
      </w:r>
      <w:r w:rsidRPr="00C9312B">
        <w:rPr>
          <w:rFonts w:ascii="Calibri" w:hAnsi="Calibri" w:cs="Calibri"/>
          <w:iCs/>
          <w:sz w:val="24"/>
          <w:szCs w:val="24"/>
          <w:lang w:val="pt-BR"/>
        </w:rPr>
        <w:t xml:space="preserve">1. </w:t>
      </w:r>
      <w:r w:rsidRPr="00C9312B">
        <w:rPr>
          <w:rFonts w:ascii="Calibri" w:hAnsi="Calibri" w:cs="Calibri"/>
          <w:b/>
          <w:bCs/>
          <w:iCs/>
          <w:sz w:val="24"/>
          <w:szCs w:val="24"/>
          <w:lang w:val="pt-BR"/>
        </w:rPr>
        <w:t>Estes elementos devem estar inseridos no texto, não no final do documento na forma de anexos.</w:t>
      </w:r>
    </w:p>
    <w:p w14:paraId="75686E4C" w14:textId="7EE28925" w:rsidR="004A2E19" w:rsidRPr="00037DF1" w:rsidRDefault="00F92104" w:rsidP="00037DF1">
      <w:pPr>
        <w:spacing w:line="360" w:lineRule="auto"/>
        <w:rPr>
          <w:rFonts w:ascii="Calibri" w:hAnsi="Calibri" w:cs="Calibri"/>
        </w:rPr>
      </w:pPr>
      <w:r w:rsidRPr="00037DF1">
        <w:rPr>
          <w:rFonts w:ascii="Calibri" w:hAnsi="Calibri" w:cs="Calibri"/>
          <w:iCs/>
          <w:szCs w:val="24"/>
          <w:lang w:val="pt-BR"/>
        </w:rPr>
        <w:lastRenderedPageBreak/>
        <w:t xml:space="preserve">Os </w:t>
      </w:r>
      <w:r w:rsidR="00737878" w:rsidRPr="00037DF1">
        <w:rPr>
          <w:rFonts w:ascii="Calibri" w:hAnsi="Calibri" w:cs="Calibri"/>
          <w:iCs/>
          <w:szCs w:val="24"/>
          <w:lang w:val="pt-BR"/>
        </w:rPr>
        <w:t xml:space="preserve">Quadros e </w:t>
      </w:r>
      <w:r w:rsidRPr="00037DF1">
        <w:rPr>
          <w:rFonts w:ascii="Calibri" w:hAnsi="Calibri" w:cs="Calibri"/>
          <w:iCs/>
          <w:szCs w:val="24"/>
          <w:lang w:val="pt-BR"/>
        </w:rPr>
        <w:t>as T</w:t>
      </w:r>
      <w:r w:rsidR="00737878" w:rsidRPr="00037DF1">
        <w:rPr>
          <w:rFonts w:ascii="Calibri" w:hAnsi="Calibri" w:cs="Calibri"/>
          <w:iCs/>
          <w:szCs w:val="24"/>
          <w:lang w:val="pt-BR"/>
        </w:rPr>
        <w:t>abelas devem ser feit</w:t>
      </w:r>
      <w:r w:rsidR="00EA0A6B" w:rsidRPr="00037DF1">
        <w:rPr>
          <w:rFonts w:ascii="Calibri" w:hAnsi="Calibri" w:cs="Calibri"/>
          <w:iCs/>
          <w:szCs w:val="24"/>
          <w:lang w:val="pt-BR"/>
        </w:rPr>
        <w:t>o</w:t>
      </w:r>
      <w:r w:rsidR="00737878" w:rsidRPr="00037DF1">
        <w:rPr>
          <w:rFonts w:ascii="Calibri" w:hAnsi="Calibri" w:cs="Calibri"/>
          <w:iCs/>
          <w:szCs w:val="24"/>
          <w:lang w:val="pt-BR"/>
        </w:rPr>
        <w:t>s no próprio documento do Word</w:t>
      </w:r>
      <w:r w:rsidR="00C9312B" w:rsidRPr="00037DF1">
        <w:rPr>
          <w:rFonts w:ascii="Calibri" w:hAnsi="Calibri" w:cs="Calibri"/>
          <w:iCs/>
          <w:szCs w:val="24"/>
          <w:lang w:val="pt-BR"/>
        </w:rPr>
        <w:t xml:space="preserve"> e a</w:t>
      </w:r>
      <w:r w:rsidR="00737878" w:rsidRPr="00037DF1">
        <w:rPr>
          <w:rFonts w:ascii="Calibri" w:hAnsi="Calibri" w:cs="Calibri"/>
          <w:iCs/>
          <w:szCs w:val="24"/>
          <w:lang w:val="pt-BR"/>
        </w:rPr>
        <w:t xml:space="preserve"> formatação deve respeitar as especificações d</w:t>
      </w:r>
      <w:r w:rsidR="0020060F" w:rsidRPr="00037DF1">
        <w:rPr>
          <w:rFonts w:ascii="Calibri" w:hAnsi="Calibri" w:cs="Calibri"/>
          <w:iCs/>
          <w:szCs w:val="24"/>
          <w:lang w:val="pt-BR"/>
        </w:rPr>
        <w:t xml:space="preserve">este </w:t>
      </w:r>
      <w:proofErr w:type="spellStart"/>
      <w:r w:rsidR="00737878" w:rsidRPr="00037DF1">
        <w:rPr>
          <w:rFonts w:ascii="Calibri" w:hAnsi="Calibri" w:cs="Calibri"/>
          <w:i/>
          <w:iCs/>
          <w:szCs w:val="24"/>
          <w:lang w:val="pt-BR"/>
        </w:rPr>
        <w:t>template</w:t>
      </w:r>
      <w:proofErr w:type="spellEnd"/>
      <w:r w:rsidR="0020060F" w:rsidRPr="00037DF1">
        <w:rPr>
          <w:rFonts w:ascii="Calibri" w:hAnsi="Calibri" w:cs="Calibri"/>
          <w:iCs/>
          <w:szCs w:val="24"/>
          <w:lang w:val="pt-BR"/>
        </w:rPr>
        <w:t>.</w:t>
      </w:r>
      <w:r w:rsidR="00037DF1" w:rsidRPr="00037DF1">
        <w:rPr>
          <w:rFonts w:ascii="Calibri" w:hAnsi="Calibri" w:cs="Calibri"/>
          <w:iCs/>
          <w:szCs w:val="24"/>
          <w:lang w:val="pt-BR"/>
        </w:rPr>
        <w:t xml:space="preserve"> </w:t>
      </w:r>
      <w:r w:rsidR="00037DF1" w:rsidRPr="00037DF1">
        <w:rPr>
          <w:rFonts w:ascii="Calibri" w:hAnsi="Calibri" w:cs="Calibri"/>
          <w:lang w:val="pt-BR"/>
        </w:rPr>
        <w:t>Verifique os direitos de uso e créditos de imagens de terceiros.</w:t>
      </w:r>
      <w:r w:rsidR="00C9312B" w:rsidRPr="00037DF1">
        <w:rPr>
          <w:rFonts w:ascii="Calibri" w:hAnsi="Calibri" w:cs="Calibri"/>
          <w:iCs/>
          <w:szCs w:val="24"/>
          <w:lang w:val="pt-BR"/>
        </w:rPr>
        <w:t xml:space="preserve"> </w:t>
      </w:r>
      <w:r w:rsidR="004A2E19" w:rsidRPr="00037DF1">
        <w:rPr>
          <w:rFonts w:ascii="Calibri" w:hAnsi="Calibri" w:cs="Calibri"/>
          <w:szCs w:val="24"/>
          <w:lang w:val="pt-BR"/>
        </w:rPr>
        <w:t xml:space="preserve">Como regra geral, a identificação do elemento visual deve se apresentar desta forma: </w:t>
      </w:r>
      <w:r w:rsidR="004A2E19" w:rsidRPr="00037DF1">
        <w:rPr>
          <w:rFonts w:ascii="Calibri" w:hAnsi="Calibri" w:cs="Calibri"/>
          <w:iCs/>
          <w:szCs w:val="24"/>
          <w:lang w:val="pt-BR"/>
        </w:rPr>
        <w:t xml:space="preserve">Tabela 1/ Quadro 1/ Figura 1/ ou </w:t>
      </w:r>
      <w:r w:rsidR="00C9312B" w:rsidRPr="00037DF1">
        <w:rPr>
          <w:rFonts w:ascii="Calibri" w:hAnsi="Calibri" w:cs="Calibri"/>
          <w:iCs/>
          <w:szCs w:val="24"/>
          <w:lang w:val="pt-BR"/>
        </w:rPr>
        <w:t xml:space="preserve">Fórmula </w:t>
      </w:r>
      <w:r w:rsidR="004A2E19" w:rsidRPr="00037DF1">
        <w:rPr>
          <w:rFonts w:ascii="Calibri" w:hAnsi="Calibri" w:cs="Calibri"/>
          <w:iCs/>
          <w:szCs w:val="24"/>
          <w:lang w:val="pt-BR"/>
        </w:rPr>
        <w:t xml:space="preserve">1, </w:t>
      </w:r>
      <w:r w:rsidR="004A2E19" w:rsidRPr="00037DF1">
        <w:rPr>
          <w:rFonts w:ascii="Calibri" w:hAnsi="Calibri" w:cs="Calibri"/>
          <w:szCs w:val="24"/>
          <w:lang w:val="pt-BR"/>
        </w:rPr>
        <w:t xml:space="preserve">travessão e precedida do título. Deve estar acima da ilustração correspondente; centralizada; sem ponto final; fonte e tamanho iguais ao texto; somente inicial maiúscula; espaçamento entre linhas simples. </w:t>
      </w:r>
    </w:p>
    <w:p w14:paraId="4CF2A96B" w14:textId="2165CDCB" w:rsidR="00C9312B" w:rsidRDefault="004A2E19" w:rsidP="00037DF1">
      <w:pPr>
        <w:spacing w:line="360" w:lineRule="auto"/>
        <w:rPr>
          <w:rFonts w:ascii="Calibri" w:hAnsi="Calibri" w:cs="Calibri"/>
          <w:lang w:val="pt-BR"/>
        </w:rPr>
      </w:pPr>
      <w:r w:rsidRPr="00C9312B">
        <w:rPr>
          <w:rFonts w:ascii="Calibri" w:hAnsi="Calibri" w:cs="Calibri"/>
          <w:lang w:val="pt-BR"/>
        </w:rPr>
        <w:t xml:space="preserve">Configuração para a </w:t>
      </w:r>
      <w:r w:rsidR="009970F6">
        <w:rPr>
          <w:rFonts w:ascii="Calibri" w:hAnsi="Calibri" w:cs="Calibri"/>
          <w:lang w:val="pt-BR"/>
        </w:rPr>
        <w:t>f</w:t>
      </w:r>
      <w:r w:rsidRPr="00C9312B">
        <w:rPr>
          <w:rFonts w:ascii="Calibri" w:hAnsi="Calibri" w:cs="Calibri"/>
          <w:lang w:val="pt-BR"/>
        </w:rPr>
        <w:t>onte</w:t>
      </w:r>
      <w:r w:rsidR="009970F6">
        <w:rPr>
          <w:rFonts w:ascii="Calibri" w:hAnsi="Calibri" w:cs="Calibri"/>
          <w:lang w:val="pt-BR"/>
        </w:rPr>
        <w:t xml:space="preserve"> relacionada a ilustração</w:t>
      </w:r>
      <w:r w:rsidRPr="00C9312B">
        <w:rPr>
          <w:rFonts w:ascii="Calibri" w:hAnsi="Calibri" w:cs="Calibri"/>
          <w:lang w:val="pt-BR"/>
        </w:rPr>
        <w:t xml:space="preserve"> (abaixo do elemento visual): </w:t>
      </w:r>
      <w:r w:rsidR="009970F6">
        <w:rPr>
          <w:rFonts w:ascii="Calibri" w:hAnsi="Calibri" w:cs="Calibri"/>
          <w:lang w:val="pt-BR"/>
        </w:rPr>
        <w:t xml:space="preserve">Fonte </w:t>
      </w:r>
      <w:r w:rsidR="00C9312B">
        <w:rPr>
          <w:rFonts w:ascii="Calibri" w:hAnsi="Calibri" w:cs="Calibri"/>
          <w:lang w:val="pt-BR"/>
        </w:rPr>
        <w:t>Calibri</w:t>
      </w:r>
      <w:r w:rsidRPr="00C9312B">
        <w:rPr>
          <w:rFonts w:ascii="Calibri" w:hAnsi="Calibri" w:cs="Calibri"/>
          <w:lang w:val="pt-BR"/>
        </w:rPr>
        <w:t>; tamanho 10; alinhada à esquerda; espaçamento entre linhas simples. Exemplos:</w:t>
      </w:r>
    </w:p>
    <w:p w14:paraId="2752777C" w14:textId="22CFDC3C" w:rsidR="006A3AE5" w:rsidRPr="006A3AE5" w:rsidRDefault="006A3AE5" w:rsidP="006A3AE5">
      <w:pPr>
        <w:pStyle w:val="Fonte"/>
        <w:spacing w:line="360" w:lineRule="auto"/>
        <w:ind w:firstLine="709"/>
        <w:jc w:val="both"/>
        <w:rPr>
          <w:rFonts w:ascii="Calibri" w:hAnsi="Calibri" w:cs="Calibri"/>
          <w:sz w:val="24"/>
          <w:szCs w:val="24"/>
          <w:lang w:val="pt-BR"/>
        </w:rPr>
      </w:pPr>
      <w:r w:rsidRPr="00065248">
        <w:rPr>
          <w:rFonts w:ascii="Calibri" w:hAnsi="Calibri" w:cs="Calibri"/>
          <w:sz w:val="24"/>
          <w:szCs w:val="24"/>
          <w:lang w:val="pt-BR"/>
        </w:rPr>
        <w:t>A Tabela 1 apresenta um exemplo de organização dos ambientes, indicando suas respectivas áreas em metros quadrados (m²) e observações pertinentes. Esse formato permite sistematizar as informações e facilitar a visualização e a comparação entre os ambientes analisados.</w:t>
      </w:r>
    </w:p>
    <w:p w14:paraId="21BEA70A" w14:textId="77777777" w:rsidR="006A3AE5" w:rsidRPr="00065248" w:rsidRDefault="006A3AE5" w:rsidP="006A3AE5">
      <w:pPr>
        <w:spacing w:before="240"/>
        <w:ind w:firstLine="0"/>
        <w:jc w:val="center"/>
        <w:rPr>
          <w:rFonts w:ascii="Calibri" w:hAnsi="Calibri" w:cs="Calibri"/>
          <w:bCs/>
          <w:lang w:val="pt-BR"/>
        </w:rPr>
      </w:pPr>
      <w:r w:rsidRPr="00065248">
        <w:rPr>
          <w:rFonts w:ascii="Calibri" w:hAnsi="Calibri" w:cs="Calibri"/>
          <w:bCs/>
          <w:lang w:val="pt-BR"/>
        </w:rPr>
        <w:t>Tabela 1 – Exemplo de organização dos ambientes</w:t>
      </w:r>
    </w:p>
    <w:tbl>
      <w:tblPr>
        <w:tblStyle w:val="Tabelacomgrade"/>
        <w:tblW w:w="0" w:type="auto"/>
        <w:jc w:val="center"/>
        <w:tblLook w:val="04A0" w:firstRow="1" w:lastRow="0" w:firstColumn="1" w:lastColumn="0" w:noHBand="0" w:noVBand="1"/>
      </w:tblPr>
      <w:tblGrid>
        <w:gridCol w:w="3024"/>
        <w:gridCol w:w="3024"/>
        <w:gridCol w:w="3024"/>
      </w:tblGrid>
      <w:tr w:rsidR="006A3AE5" w:rsidRPr="00065248" w14:paraId="5D575E00" w14:textId="77777777" w:rsidTr="009A49E8">
        <w:trPr>
          <w:jc w:val="center"/>
        </w:trPr>
        <w:tc>
          <w:tcPr>
            <w:tcW w:w="3024" w:type="dxa"/>
            <w:shd w:val="clear" w:color="auto" w:fill="E6E6E6"/>
          </w:tcPr>
          <w:p w14:paraId="2A1B000D"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Ambiente</w:t>
            </w:r>
          </w:p>
        </w:tc>
        <w:tc>
          <w:tcPr>
            <w:tcW w:w="3024" w:type="dxa"/>
            <w:shd w:val="clear" w:color="auto" w:fill="E6E6E6"/>
          </w:tcPr>
          <w:p w14:paraId="68DDCF42"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Área (m²)</w:t>
            </w:r>
          </w:p>
        </w:tc>
        <w:tc>
          <w:tcPr>
            <w:tcW w:w="3024" w:type="dxa"/>
            <w:shd w:val="clear" w:color="auto" w:fill="E6E6E6"/>
          </w:tcPr>
          <w:p w14:paraId="2064FD55"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Observação</w:t>
            </w:r>
          </w:p>
        </w:tc>
      </w:tr>
      <w:tr w:rsidR="006A3AE5" w:rsidRPr="00065248" w14:paraId="756EE7BC" w14:textId="77777777" w:rsidTr="009A49E8">
        <w:trPr>
          <w:jc w:val="center"/>
        </w:trPr>
        <w:tc>
          <w:tcPr>
            <w:tcW w:w="3024" w:type="dxa"/>
          </w:tcPr>
          <w:p w14:paraId="7BBE01B5"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Ambiente 1</w:t>
            </w:r>
          </w:p>
        </w:tc>
        <w:tc>
          <w:tcPr>
            <w:tcW w:w="3024" w:type="dxa"/>
          </w:tcPr>
          <w:p w14:paraId="4354898B"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18,0</w:t>
            </w:r>
          </w:p>
        </w:tc>
        <w:tc>
          <w:tcPr>
            <w:tcW w:w="3024" w:type="dxa"/>
          </w:tcPr>
          <w:p w14:paraId="1D2D7F07"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Exemplo</w:t>
            </w:r>
          </w:p>
        </w:tc>
      </w:tr>
      <w:tr w:rsidR="006A3AE5" w:rsidRPr="00065248" w14:paraId="082E12EC" w14:textId="77777777" w:rsidTr="009A49E8">
        <w:trPr>
          <w:jc w:val="center"/>
        </w:trPr>
        <w:tc>
          <w:tcPr>
            <w:tcW w:w="3024" w:type="dxa"/>
          </w:tcPr>
          <w:p w14:paraId="3ABD2057"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Ambiente 2</w:t>
            </w:r>
          </w:p>
        </w:tc>
        <w:tc>
          <w:tcPr>
            <w:tcW w:w="3024" w:type="dxa"/>
          </w:tcPr>
          <w:p w14:paraId="048E8BFE"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12,5</w:t>
            </w:r>
          </w:p>
        </w:tc>
        <w:tc>
          <w:tcPr>
            <w:tcW w:w="3024" w:type="dxa"/>
          </w:tcPr>
          <w:p w14:paraId="6B9D2F57" w14:textId="77777777" w:rsidR="006A3AE5" w:rsidRPr="00065248" w:rsidRDefault="006A3AE5" w:rsidP="009A49E8">
            <w:pPr>
              <w:ind w:firstLine="0"/>
              <w:rPr>
                <w:rFonts w:ascii="Calibri" w:hAnsi="Calibri" w:cs="Calibri"/>
                <w:lang w:val="pt-BR"/>
              </w:rPr>
            </w:pPr>
            <w:r w:rsidRPr="00065248">
              <w:rPr>
                <w:rFonts w:ascii="Calibri" w:hAnsi="Calibri" w:cs="Calibri"/>
                <w:sz w:val="20"/>
                <w:lang w:val="pt-BR"/>
              </w:rPr>
              <w:t>Exemplo</w:t>
            </w:r>
          </w:p>
        </w:tc>
      </w:tr>
    </w:tbl>
    <w:p w14:paraId="6A989404" w14:textId="77777777" w:rsidR="006A3AE5" w:rsidRDefault="006A3AE5" w:rsidP="006A3AE5">
      <w:pPr>
        <w:pStyle w:val="Fonte"/>
        <w:rPr>
          <w:rFonts w:ascii="Calibri" w:hAnsi="Calibri" w:cs="Calibri"/>
          <w:lang w:val="pt-BR"/>
        </w:rPr>
      </w:pPr>
      <w:r w:rsidRPr="00065248">
        <w:rPr>
          <w:rFonts w:ascii="Calibri" w:hAnsi="Calibri" w:cs="Calibri"/>
          <w:lang w:val="pt-BR"/>
        </w:rPr>
        <w:t xml:space="preserve">Fonte: </w:t>
      </w:r>
      <w:r w:rsidRPr="00065248">
        <w:rPr>
          <w:rFonts w:ascii="Calibri" w:hAnsi="Calibri" w:cs="Calibri"/>
          <w:szCs w:val="20"/>
          <w:lang w:val="pt-BR"/>
        </w:rPr>
        <w:t>elabora</w:t>
      </w:r>
      <w:r>
        <w:rPr>
          <w:rFonts w:ascii="Calibri" w:hAnsi="Calibri" w:cs="Calibri"/>
          <w:szCs w:val="20"/>
          <w:lang w:val="pt-BR"/>
        </w:rPr>
        <w:t>d</w:t>
      </w:r>
      <w:r w:rsidRPr="00065248">
        <w:rPr>
          <w:rFonts w:ascii="Calibri" w:hAnsi="Calibri" w:cs="Calibri"/>
          <w:szCs w:val="20"/>
          <w:lang w:val="pt-BR"/>
        </w:rPr>
        <w:t xml:space="preserve">o </w:t>
      </w:r>
      <w:r>
        <w:rPr>
          <w:rFonts w:ascii="Calibri" w:hAnsi="Calibri" w:cs="Calibri"/>
          <w:szCs w:val="20"/>
          <w:lang w:val="pt-BR"/>
        </w:rPr>
        <w:t>pel</w:t>
      </w:r>
      <w:r w:rsidRPr="00065248">
        <w:rPr>
          <w:rFonts w:ascii="Calibri" w:hAnsi="Calibri" w:cs="Calibri"/>
          <w:szCs w:val="20"/>
          <w:lang w:val="pt-BR"/>
        </w:rPr>
        <w:t>os</w:t>
      </w:r>
      <w:r w:rsidRPr="00065248">
        <w:rPr>
          <w:rFonts w:ascii="Calibri" w:hAnsi="Calibri" w:cs="Calibri"/>
          <w:lang w:val="pt-BR"/>
        </w:rPr>
        <w:t xml:space="preserve"> autores (ano).</w:t>
      </w:r>
    </w:p>
    <w:p w14:paraId="52EC497F" w14:textId="77777777" w:rsidR="006A3AE5" w:rsidRDefault="006A3AE5" w:rsidP="00037DF1">
      <w:pPr>
        <w:spacing w:line="360" w:lineRule="auto"/>
        <w:rPr>
          <w:rFonts w:ascii="Calibri" w:hAnsi="Calibri" w:cs="Calibri"/>
          <w:lang w:val="pt-BR"/>
        </w:rPr>
      </w:pPr>
    </w:p>
    <w:p w14:paraId="4EBAD704" w14:textId="293DD9C9" w:rsidR="006A3AE5" w:rsidRPr="00C9312B" w:rsidRDefault="006A3AE5" w:rsidP="00C945D1">
      <w:pPr>
        <w:spacing w:line="360" w:lineRule="auto"/>
        <w:rPr>
          <w:rFonts w:ascii="Calibri" w:hAnsi="Calibri" w:cs="Calibri"/>
          <w:lang w:val="pt-BR"/>
        </w:rPr>
      </w:pPr>
      <w:r>
        <w:rPr>
          <w:rFonts w:ascii="Calibri" w:hAnsi="Calibri" w:cs="Calibri"/>
          <w:lang w:val="pt-BR"/>
        </w:rPr>
        <w:t xml:space="preserve">Exemplos de figuras </w:t>
      </w:r>
      <w:r w:rsidR="00C945D1">
        <w:rPr>
          <w:rFonts w:ascii="Calibri" w:hAnsi="Calibri" w:cs="Calibri"/>
          <w:lang w:val="pt-BR"/>
        </w:rPr>
        <w:t xml:space="preserve">de </w:t>
      </w:r>
      <w:r>
        <w:rPr>
          <w:rFonts w:ascii="Calibri" w:hAnsi="Calibri" w:cs="Calibri"/>
          <w:lang w:val="pt-BR"/>
        </w:rPr>
        <w:t>projeto</w:t>
      </w:r>
      <w:r w:rsidR="00C945D1">
        <w:rPr>
          <w:rFonts w:ascii="Calibri" w:hAnsi="Calibri" w:cs="Calibri"/>
          <w:lang w:val="pt-BR"/>
        </w:rPr>
        <w:t>:</w:t>
      </w:r>
      <w:r>
        <w:rPr>
          <w:rFonts w:ascii="Calibri" w:hAnsi="Calibri" w:cs="Calibri"/>
          <w:lang w:val="pt-BR"/>
        </w:rPr>
        <w:t xml:space="preserve"> </w:t>
      </w:r>
      <w:r w:rsidR="00C945D1">
        <w:rPr>
          <w:rFonts w:ascii="Calibri" w:hAnsi="Calibri" w:cs="Calibri"/>
          <w:lang w:val="pt-BR"/>
        </w:rPr>
        <w:t>P</w:t>
      </w:r>
      <w:r w:rsidR="00C945D1" w:rsidRPr="0020060F">
        <w:rPr>
          <w:rFonts w:ascii="Calibri" w:hAnsi="Calibri" w:cs="Calibri"/>
          <w:szCs w:val="24"/>
          <w:lang w:val="pt-BR"/>
        </w:rPr>
        <w:t>lanta esquemática da organização dos ambientes</w:t>
      </w:r>
      <w:r w:rsidR="00C945D1">
        <w:rPr>
          <w:rFonts w:ascii="Calibri" w:hAnsi="Calibri" w:cs="Calibri"/>
          <w:szCs w:val="24"/>
          <w:lang w:val="pt-BR"/>
        </w:rPr>
        <w:t xml:space="preserve"> (</w:t>
      </w:r>
      <w:r w:rsidR="00C945D1" w:rsidRPr="0020060F">
        <w:rPr>
          <w:rFonts w:ascii="Calibri" w:hAnsi="Calibri" w:cs="Calibri"/>
          <w:szCs w:val="24"/>
          <w:lang w:val="pt-BR"/>
        </w:rPr>
        <w:t>Figura 1</w:t>
      </w:r>
      <w:r w:rsidR="00C945D1">
        <w:rPr>
          <w:rFonts w:ascii="Calibri" w:hAnsi="Calibri" w:cs="Calibri"/>
          <w:szCs w:val="24"/>
          <w:lang w:val="pt-BR"/>
        </w:rPr>
        <w:t xml:space="preserve">) e </w:t>
      </w:r>
      <w:r w:rsidR="00C945D1">
        <w:rPr>
          <w:rFonts w:ascii="Calibri" w:hAnsi="Calibri" w:cs="Calibri"/>
          <w:lang w:val="pt-BR"/>
        </w:rPr>
        <w:t>P</w:t>
      </w:r>
      <w:r w:rsidR="00C945D1" w:rsidRPr="00F92104">
        <w:rPr>
          <w:rFonts w:ascii="Calibri" w:hAnsi="Calibri" w:cs="Calibri"/>
          <w:lang w:val="pt-BR"/>
        </w:rPr>
        <w:t xml:space="preserve">lanta baixa e corte arquitetônico </w:t>
      </w:r>
      <w:r w:rsidR="00C945D1">
        <w:rPr>
          <w:rFonts w:ascii="Calibri" w:hAnsi="Calibri" w:cs="Calibri"/>
          <w:lang w:val="pt-BR"/>
        </w:rPr>
        <w:t>(</w:t>
      </w:r>
      <w:r w:rsidR="00C945D1" w:rsidRPr="00065248">
        <w:rPr>
          <w:rFonts w:ascii="Calibri" w:hAnsi="Calibri" w:cs="Calibri"/>
          <w:lang w:val="pt-BR"/>
        </w:rPr>
        <w:t>Figura 2</w:t>
      </w:r>
      <w:r w:rsidR="00C945D1">
        <w:rPr>
          <w:rFonts w:ascii="Calibri" w:hAnsi="Calibri" w:cs="Calibri"/>
          <w:lang w:val="pt-BR"/>
        </w:rPr>
        <w:t xml:space="preserve">) </w:t>
      </w:r>
      <w:r w:rsidR="00C945D1" w:rsidRPr="00F92104">
        <w:rPr>
          <w:rFonts w:ascii="Calibri" w:hAnsi="Calibri" w:cs="Calibri"/>
          <w:lang w:val="pt-BR"/>
        </w:rPr>
        <w:t>do projeto XX</w:t>
      </w:r>
      <w:r w:rsidR="00C945D1">
        <w:rPr>
          <w:rStyle w:val="Refdenotaderodap"/>
          <w:rFonts w:ascii="Calibri" w:hAnsi="Calibri" w:cs="Calibri"/>
          <w:lang w:val="pt-BR"/>
        </w:rPr>
        <w:footnoteReference w:id="2"/>
      </w:r>
      <w:r w:rsidR="00C945D1">
        <w:rPr>
          <w:rFonts w:ascii="Calibri" w:hAnsi="Calibri" w:cs="Calibri"/>
          <w:lang w:val="pt-BR"/>
        </w:rPr>
        <w:t>.</w:t>
      </w:r>
    </w:p>
    <w:tbl>
      <w:tblPr>
        <w:tblW w:w="0" w:type="auto"/>
        <w:jc w:val="center"/>
        <w:tblLayout w:type="fixed"/>
        <w:tblLook w:val="04A0" w:firstRow="1" w:lastRow="0" w:firstColumn="1" w:lastColumn="0" w:noHBand="0" w:noVBand="1"/>
      </w:tblPr>
      <w:tblGrid>
        <w:gridCol w:w="6768"/>
        <w:gridCol w:w="2448"/>
      </w:tblGrid>
      <w:tr w:rsidR="00847810" w14:paraId="4BF0931D" w14:textId="77777777" w:rsidTr="00B72634">
        <w:trPr>
          <w:jc w:val="center"/>
        </w:trPr>
        <w:tc>
          <w:tcPr>
            <w:tcW w:w="6768" w:type="dxa"/>
            <w:tcBorders>
              <w:top w:val="nil"/>
              <w:left w:val="nil"/>
              <w:bottom w:val="nil"/>
              <w:right w:val="nil"/>
            </w:tcBorders>
            <w:vAlign w:val="center"/>
          </w:tcPr>
          <w:p w14:paraId="3A7D76F6" w14:textId="3531FC97" w:rsidR="00847810" w:rsidRDefault="00EA0A6B" w:rsidP="00C945D1">
            <w:pPr>
              <w:spacing w:before="240"/>
              <w:ind w:firstLine="0"/>
              <w:jc w:val="center"/>
            </w:pPr>
            <w:r w:rsidRPr="0020060F">
              <w:rPr>
                <w:rFonts w:ascii="Calibri" w:hAnsi="Calibri" w:cs="Calibri"/>
                <w:szCs w:val="24"/>
                <w:lang w:val="pt-BR"/>
              </w:rPr>
              <w:t>Figura 1 – Planta esquemática da organização dos ambientes</w:t>
            </w:r>
          </w:p>
          <w:tbl>
            <w:tblPr>
              <w:tblW w:w="6546" w:type="dxa"/>
              <w:jc w:val="center"/>
              <w:tblLayout w:type="fixed"/>
              <w:tblLook w:val="04A0" w:firstRow="1" w:lastRow="0" w:firstColumn="1" w:lastColumn="0" w:noHBand="0" w:noVBand="1"/>
            </w:tblPr>
            <w:tblGrid>
              <w:gridCol w:w="3086"/>
              <w:gridCol w:w="3460"/>
            </w:tblGrid>
            <w:tr w:rsidR="00847810" w:rsidRPr="00CF366A" w14:paraId="7B1CB538" w14:textId="77777777" w:rsidTr="009970F6">
              <w:trPr>
                <w:trHeight w:val="1296"/>
                <w:jc w:val="center"/>
              </w:trPr>
              <w:tc>
                <w:tcPr>
                  <w:tcW w:w="3086" w:type="dxa"/>
                  <w:tcBorders>
                    <w:top w:val="single" w:sz="16" w:space="0" w:color="000000"/>
                    <w:left w:val="single" w:sz="16" w:space="0" w:color="000000"/>
                    <w:bottom w:val="single" w:sz="16" w:space="0" w:color="000000"/>
                    <w:right w:val="single" w:sz="16" w:space="0" w:color="000000"/>
                  </w:tcBorders>
                  <w:vAlign w:val="center"/>
                </w:tcPr>
                <w:p w14:paraId="7A497D73" w14:textId="77777777" w:rsidR="00847810" w:rsidRPr="00CF366A" w:rsidRDefault="00847810" w:rsidP="001F7FA3">
                  <w:pPr>
                    <w:rPr>
                      <w:rFonts w:ascii="Calibri" w:hAnsi="Calibri" w:cs="Calibri"/>
                      <w:b/>
                      <w:bCs/>
                    </w:rPr>
                  </w:pPr>
                  <w:r w:rsidRPr="00CF366A">
                    <w:rPr>
                      <w:rFonts w:ascii="Calibri" w:hAnsi="Calibri" w:cs="Calibri"/>
                      <w:b/>
                      <w:bCs/>
                      <w:sz w:val="20"/>
                    </w:rPr>
                    <w:t>AMBIENTE 1</w:t>
                  </w:r>
                </w:p>
              </w:tc>
              <w:tc>
                <w:tcPr>
                  <w:tcW w:w="3460" w:type="dxa"/>
                  <w:tcBorders>
                    <w:top w:val="single" w:sz="16" w:space="0" w:color="000000"/>
                    <w:left w:val="single" w:sz="16" w:space="0" w:color="000000"/>
                    <w:bottom w:val="single" w:sz="16" w:space="0" w:color="000000"/>
                    <w:right w:val="single" w:sz="16" w:space="0" w:color="000000"/>
                  </w:tcBorders>
                  <w:vAlign w:val="center"/>
                </w:tcPr>
                <w:p w14:paraId="705EACEB" w14:textId="77777777" w:rsidR="00847810" w:rsidRPr="00CF366A" w:rsidRDefault="00847810" w:rsidP="001F7FA3">
                  <w:pPr>
                    <w:rPr>
                      <w:rFonts w:ascii="Calibri" w:hAnsi="Calibri" w:cs="Calibri"/>
                      <w:b/>
                      <w:bCs/>
                    </w:rPr>
                  </w:pPr>
                  <w:r w:rsidRPr="00CF366A">
                    <w:rPr>
                      <w:rFonts w:ascii="Calibri" w:hAnsi="Calibri" w:cs="Calibri"/>
                      <w:b/>
                      <w:bCs/>
                      <w:sz w:val="20"/>
                    </w:rPr>
                    <w:t>AMBIENTE 2</w:t>
                  </w:r>
                </w:p>
              </w:tc>
            </w:tr>
            <w:tr w:rsidR="00847810" w:rsidRPr="00CF366A" w14:paraId="4708C3B1" w14:textId="77777777" w:rsidTr="009970F6">
              <w:trPr>
                <w:trHeight w:val="648"/>
                <w:jc w:val="center"/>
              </w:trPr>
              <w:tc>
                <w:tcPr>
                  <w:tcW w:w="3086" w:type="dxa"/>
                  <w:vMerge w:val="restart"/>
                  <w:tcBorders>
                    <w:top w:val="single" w:sz="16" w:space="0" w:color="000000"/>
                    <w:left w:val="single" w:sz="16" w:space="0" w:color="000000"/>
                    <w:bottom w:val="single" w:sz="16" w:space="0" w:color="000000"/>
                    <w:right w:val="single" w:sz="16" w:space="0" w:color="000000"/>
                  </w:tcBorders>
                  <w:vAlign w:val="center"/>
                </w:tcPr>
                <w:p w14:paraId="17611D4F" w14:textId="77777777" w:rsidR="00847810" w:rsidRPr="00CF366A" w:rsidRDefault="00847810" w:rsidP="001F7FA3">
                  <w:pPr>
                    <w:rPr>
                      <w:rFonts w:ascii="Calibri" w:hAnsi="Calibri" w:cs="Calibri"/>
                      <w:b/>
                      <w:bCs/>
                    </w:rPr>
                  </w:pPr>
                  <w:r w:rsidRPr="00CF366A">
                    <w:rPr>
                      <w:rFonts w:ascii="Calibri" w:hAnsi="Calibri" w:cs="Calibri"/>
                      <w:b/>
                      <w:bCs/>
                      <w:sz w:val="20"/>
                    </w:rPr>
                    <w:t>AMBIENTE 3</w:t>
                  </w:r>
                </w:p>
              </w:tc>
              <w:tc>
                <w:tcPr>
                  <w:tcW w:w="3460" w:type="dxa"/>
                  <w:tcBorders>
                    <w:top w:val="single" w:sz="16" w:space="0" w:color="000000"/>
                    <w:left w:val="single" w:sz="16" w:space="0" w:color="000000"/>
                    <w:bottom w:val="single" w:sz="16" w:space="0" w:color="000000"/>
                    <w:right w:val="single" w:sz="16" w:space="0" w:color="000000"/>
                  </w:tcBorders>
                  <w:vAlign w:val="center"/>
                </w:tcPr>
                <w:p w14:paraId="03AE0BD6" w14:textId="77777777" w:rsidR="00847810" w:rsidRPr="00CF366A" w:rsidRDefault="00847810" w:rsidP="001F7FA3">
                  <w:pPr>
                    <w:rPr>
                      <w:rFonts w:ascii="Calibri" w:hAnsi="Calibri" w:cs="Calibri"/>
                      <w:b/>
                      <w:bCs/>
                    </w:rPr>
                  </w:pPr>
                  <w:r w:rsidRPr="00CF366A">
                    <w:rPr>
                      <w:rFonts w:ascii="Calibri" w:hAnsi="Calibri" w:cs="Calibri"/>
                      <w:b/>
                      <w:bCs/>
                      <w:sz w:val="20"/>
                    </w:rPr>
                    <w:t>AMBIENTE 4</w:t>
                  </w:r>
                </w:p>
              </w:tc>
            </w:tr>
            <w:tr w:rsidR="00847810" w:rsidRPr="00CF366A" w14:paraId="55B69F46" w14:textId="77777777" w:rsidTr="009970F6">
              <w:trPr>
                <w:trHeight w:val="648"/>
                <w:jc w:val="center"/>
              </w:trPr>
              <w:tc>
                <w:tcPr>
                  <w:tcW w:w="3086" w:type="dxa"/>
                  <w:vMerge/>
                  <w:tcBorders>
                    <w:top w:val="single" w:sz="16" w:space="0" w:color="000000"/>
                    <w:left w:val="single" w:sz="16" w:space="0" w:color="000000"/>
                    <w:bottom w:val="single" w:sz="16" w:space="0" w:color="000000"/>
                    <w:right w:val="single" w:sz="16" w:space="0" w:color="000000"/>
                  </w:tcBorders>
                  <w:vAlign w:val="center"/>
                </w:tcPr>
                <w:p w14:paraId="36484AEC" w14:textId="77777777" w:rsidR="00847810" w:rsidRPr="00CF366A" w:rsidRDefault="00847810" w:rsidP="00B72634">
                  <w:pPr>
                    <w:rPr>
                      <w:rFonts w:ascii="Calibri" w:hAnsi="Calibri" w:cs="Calibri"/>
                      <w:b/>
                      <w:bCs/>
                    </w:rPr>
                  </w:pPr>
                </w:p>
              </w:tc>
              <w:tc>
                <w:tcPr>
                  <w:tcW w:w="3460" w:type="dxa"/>
                  <w:tcBorders>
                    <w:top w:val="single" w:sz="16" w:space="0" w:color="000000"/>
                    <w:left w:val="single" w:sz="16" w:space="0" w:color="000000"/>
                    <w:bottom w:val="single" w:sz="16" w:space="0" w:color="000000"/>
                    <w:right w:val="single" w:sz="16" w:space="0" w:color="000000"/>
                  </w:tcBorders>
                  <w:vAlign w:val="center"/>
                </w:tcPr>
                <w:p w14:paraId="0E6F0F9C" w14:textId="77777777" w:rsidR="00847810" w:rsidRPr="00CF366A" w:rsidRDefault="00847810" w:rsidP="00B72634">
                  <w:pPr>
                    <w:rPr>
                      <w:rFonts w:ascii="Calibri" w:hAnsi="Calibri" w:cs="Calibri"/>
                      <w:b/>
                      <w:bCs/>
                    </w:rPr>
                  </w:pPr>
                </w:p>
              </w:tc>
            </w:tr>
          </w:tbl>
          <w:p w14:paraId="5A0924D5" w14:textId="77777777" w:rsidR="00847810" w:rsidRDefault="00847810" w:rsidP="00B72634"/>
        </w:tc>
        <w:tc>
          <w:tcPr>
            <w:tcW w:w="2448" w:type="dxa"/>
            <w:tcBorders>
              <w:top w:val="nil"/>
              <w:left w:val="nil"/>
              <w:bottom w:val="nil"/>
              <w:right w:val="nil"/>
            </w:tcBorders>
            <w:vAlign w:val="center"/>
          </w:tcPr>
          <w:p w14:paraId="2BD6E881" w14:textId="77777777" w:rsidR="00847810" w:rsidRDefault="00847810" w:rsidP="00B72634">
            <w:pPr>
              <w:jc w:val="center"/>
            </w:pPr>
            <w:r>
              <w:rPr>
                <w:rFonts w:ascii="Arial" w:hAnsi="Arial"/>
                <w:sz w:val="64"/>
              </w:rPr>
              <w:t>↑</w:t>
            </w:r>
          </w:p>
          <w:p w14:paraId="6EA270A1" w14:textId="77777777" w:rsidR="00847810" w:rsidRDefault="00847810" w:rsidP="00B72634">
            <w:pPr>
              <w:spacing w:after="360"/>
              <w:jc w:val="center"/>
            </w:pPr>
            <w:r>
              <w:rPr>
                <w:rFonts w:ascii="Arial" w:hAnsi="Arial"/>
                <w:b/>
              </w:rPr>
              <w:t>N</w:t>
            </w:r>
          </w:p>
          <w:tbl>
            <w:tblPr>
              <w:tblW w:w="0" w:type="auto"/>
              <w:jc w:val="center"/>
              <w:tblLayout w:type="fixed"/>
              <w:tblLook w:val="04A0" w:firstRow="1" w:lastRow="0" w:firstColumn="1" w:lastColumn="0" w:noHBand="0" w:noVBand="1"/>
            </w:tblPr>
            <w:tblGrid>
              <w:gridCol w:w="691"/>
              <w:gridCol w:w="691"/>
              <w:gridCol w:w="691"/>
            </w:tblGrid>
            <w:tr w:rsidR="00847810" w14:paraId="369BE8A7" w14:textId="77777777" w:rsidTr="00B72634">
              <w:trPr>
                <w:jc w:val="center"/>
              </w:trPr>
              <w:tc>
                <w:tcPr>
                  <w:tcW w:w="691" w:type="dxa"/>
                  <w:tcBorders>
                    <w:top w:val="nil"/>
                    <w:left w:val="nil"/>
                    <w:bottom w:val="single" w:sz="18" w:space="0" w:color="000000"/>
                    <w:right w:val="nil"/>
                  </w:tcBorders>
                </w:tcPr>
                <w:p w14:paraId="68C7D389" w14:textId="77777777" w:rsidR="00847810" w:rsidRDefault="00847810" w:rsidP="00B72634">
                  <w:r>
                    <w:t xml:space="preserve"> </w:t>
                  </w:r>
                </w:p>
              </w:tc>
              <w:tc>
                <w:tcPr>
                  <w:tcW w:w="691" w:type="dxa"/>
                  <w:tcBorders>
                    <w:top w:val="nil"/>
                    <w:left w:val="nil"/>
                    <w:bottom w:val="single" w:sz="18" w:space="0" w:color="000000"/>
                    <w:right w:val="nil"/>
                  </w:tcBorders>
                </w:tcPr>
                <w:p w14:paraId="550B2322" w14:textId="77777777" w:rsidR="00847810" w:rsidRDefault="00847810" w:rsidP="00B72634">
                  <w:r>
                    <w:t xml:space="preserve"> </w:t>
                  </w:r>
                </w:p>
              </w:tc>
              <w:tc>
                <w:tcPr>
                  <w:tcW w:w="691" w:type="dxa"/>
                  <w:tcBorders>
                    <w:top w:val="nil"/>
                    <w:left w:val="nil"/>
                    <w:bottom w:val="single" w:sz="18" w:space="0" w:color="000000"/>
                    <w:right w:val="nil"/>
                  </w:tcBorders>
                </w:tcPr>
                <w:p w14:paraId="274FAC90" w14:textId="77777777" w:rsidR="00847810" w:rsidRDefault="00847810" w:rsidP="00B72634">
                  <w:r>
                    <w:t xml:space="preserve"> </w:t>
                  </w:r>
                </w:p>
              </w:tc>
            </w:tr>
            <w:tr w:rsidR="00847810" w14:paraId="6CA35628" w14:textId="77777777" w:rsidTr="00B72634">
              <w:trPr>
                <w:jc w:val="center"/>
              </w:trPr>
              <w:tc>
                <w:tcPr>
                  <w:tcW w:w="691" w:type="dxa"/>
                  <w:tcBorders>
                    <w:top w:val="nil"/>
                    <w:left w:val="nil"/>
                    <w:bottom w:val="nil"/>
                    <w:right w:val="nil"/>
                  </w:tcBorders>
                </w:tcPr>
                <w:p w14:paraId="16392E6E" w14:textId="77777777" w:rsidR="00847810" w:rsidRDefault="00847810" w:rsidP="00B72634">
                  <w:pPr>
                    <w:jc w:val="center"/>
                  </w:pPr>
                  <w:r>
                    <w:rPr>
                      <w:rFonts w:ascii="Arial" w:hAnsi="Arial"/>
                      <w:sz w:val="18"/>
                    </w:rPr>
                    <w:t>0</w:t>
                  </w:r>
                </w:p>
              </w:tc>
              <w:tc>
                <w:tcPr>
                  <w:tcW w:w="691" w:type="dxa"/>
                  <w:tcBorders>
                    <w:top w:val="nil"/>
                    <w:left w:val="nil"/>
                    <w:bottom w:val="nil"/>
                    <w:right w:val="nil"/>
                  </w:tcBorders>
                </w:tcPr>
                <w:p w14:paraId="2AB6EAAF" w14:textId="77777777" w:rsidR="00847810" w:rsidRDefault="00847810" w:rsidP="00B72634">
                  <w:pPr>
                    <w:jc w:val="center"/>
                  </w:pPr>
                  <w:r>
                    <w:rPr>
                      <w:rFonts w:ascii="Arial" w:hAnsi="Arial"/>
                      <w:sz w:val="18"/>
                    </w:rPr>
                    <w:t>1</w:t>
                  </w:r>
                </w:p>
              </w:tc>
              <w:tc>
                <w:tcPr>
                  <w:tcW w:w="691" w:type="dxa"/>
                  <w:tcBorders>
                    <w:top w:val="nil"/>
                    <w:left w:val="nil"/>
                    <w:bottom w:val="nil"/>
                    <w:right w:val="nil"/>
                  </w:tcBorders>
                </w:tcPr>
                <w:p w14:paraId="4656024E" w14:textId="77777777" w:rsidR="00847810" w:rsidRDefault="00847810" w:rsidP="00B72634">
                  <w:pPr>
                    <w:jc w:val="center"/>
                  </w:pPr>
                  <w:r>
                    <w:rPr>
                      <w:rFonts w:ascii="Arial" w:hAnsi="Arial"/>
                      <w:sz w:val="18"/>
                    </w:rPr>
                    <w:t>2 m</w:t>
                  </w:r>
                </w:p>
              </w:tc>
            </w:tr>
          </w:tbl>
          <w:p w14:paraId="512D24FB" w14:textId="77777777" w:rsidR="00847810" w:rsidRDefault="00847810" w:rsidP="00B72634"/>
        </w:tc>
      </w:tr>
    </w:tbl>
    <w:p w14:paraId="6F86FFF0" w14:textId="2962E348" w:rsidR="00EA0A6B" w:rsidRPr="00065248" w:rsidRDefault="00E62858" w:rsidP="00CF366A">
      <w:pPr>
        <w:ind w:firstLine="0"/>
        <w:jc w:val="left"/>
        <w:rPr>
          <w:sz w:val="20"/>
          <w:szCs w:val="20"/>
          <w:lang w:val="pt-BR"/>
        </w:rPr>
      </w:pPr>
      <w:r w:rsidRPr="00065248">
        <w:rPr>
          <w:rFonts w:ascii="Calibri" w:hAnsi="Calibri" w:cs="Calibri"/>
          <w:sz w:val="20"/>
          <w:szCs w:val="20"/>
          <w:lang w:val="pt-BR"/>
        </w:rPr>
        <w:t>Fonte: elabora</w:t>
      </w:r>
      <w:r w:rsidR="008F2862">
        <w:rPr>
          <w:rFonts w:ascii="Calibri" w:hAnsi="Calibri" w:cs="Calibri"/>
          <w:sz w:val="20"/>
          <w:szCs w:val="20"/>
          <w:lang w:val="pt-BR"/>
        </w:rPr>
        <w:t>d</w:t>
      </w:r>
      <w:r w:rsidRPr="00065248">
        <w:rPr>
          <w:rFonts w:ascii="Calibri" w:hAnsi="Calibri" w:cs="Calibri"/>
          <w:sz w:val="20"/>
          <w:szCs w:val="20"/>
          <w:lang w:val="pt-BR"/>
        </w:rPr>
        <w:t xml:space="preserve">o </w:t>
      </w:r>
      <w:r w:rsidR="008F2862">
        <w:rPr>
          <w:rFonts w:ascii="Calibri" w:hAnsi="Calibri" w:cs="Calibri"/>
          <w:sz w:val="20"/>
          <w:szCs w:val="20"/>
          <w:lang w:val="pt-BR"/>
        </w:rPr>
        <w:t>pel</w:t>
      </w:r>
      <w:r w:rsidRPr="00065248">
        <w:rPr>
          <w:rFonts w:ascii="Calibri" w:hAnsi="Calibri" w:cs="Calibri"/>
          <w:sz w:val="20"/>
          <w:szCs w:val="20"/>
          <w:lang w:val="pt-BR"/>
        </w:rPr>
        <w:t>os autores (ano).</w:t>
      </w:r>
    </w:p>
    <w:p w14:paraId="68975548" w14:textId="77777777" w:rsidR="0020060F" w:rsidRPr="00065248" w:rsidRDefault="0020060F" w:rsidP="004F3EC8">
      <w:pPr>
        <w:spacing w:line="360" w:lineRule="auto"/>
        <w:rPr>
          <w:rFonts w:ascii="Calibri" w:hAnsi="Calibri" w:cs="Calibri"/>
          <w:lang w:val="pt-BR"/>
        </w:rPr>
      </w:pPr>
    </w:p>
    <w:p w14:paraId="695ECEA1" w14:textId="4E40DBD2" w:rsidR="004F3EC8" w:rsidRPr="00F92104" w:rsidRDefault="00E62858" w:rsidP="000B0FDE">
      <w:pPr>
        <w:spacing w:line="360" w:lineRule="auto"/>
        <w:rPr>
          <w:rFonts w:ascii="Calibri" w:hAnsi="Calibri" w:cs="Calibri"/>
          <w:lang w:val="pt-BR"/>
        </w:rPr>
      </w:pPr>
      <w:r w:rsidRPr="00065248">
        <w:rPr>
          <w:rFonts w:ascii="Calibri" w:hAnsi="Calibri" w:cs="Calibri"/>
          <w:lang w:val="pt-BR"/>
        </w:rPr>
        <w:lastRenderedPageBreak/>
        <w:t xml:space="preserve">A Figura 2 </w:t>
      </w:r>
      <w:r w:rsidRPr="00F92104">
        <w:rPr>
          <w:rFonts w:ascii="Calibri" w:hAnsi="Calibri" w:cs="Calibri"/>
          <w:lang w:val="pt-BR"/>
        </w:rPr>
        <w:t xml:space="preserve">apresenta a </w:t>
      </w:r>
      <w:r w:rsidR="0087252E" w:rsidRPr="00F92104">
        <w:rPr>
          <w:rFonts w:ascii="Calibri" w:hAnsi="Calibri" w:cs="Calibri"/>
          <w:lang w:val="pt-BR"/>
        </w:rPr>
        <w:t>planta baixa e o corte arquitetônico do projeto XX</w:t>
      </w:r>
      <w:r w:rsidRPr="00F92104">
        <w:rPr>
          <w:rFonts w:ascii="Calibri" w:hAnsi="Calibri" w:cs="Calibri"/>
          <w:lang w:val="pt-BR"/>
        </w:rPr>
        <w:t>.</w:t>
      </w:r>
    </w:p>
    <w:p w14:paraId="41C06509" w14:textId="1C7061CF" w:rsidR="0087252E" w:rsidRDefault="004F3EC8" w:rsidP="000B0FDE">
      <w:pPr>
        <w:spacing w:before="240"/>
        <w:ind w:firstLine="0"/>
        <w:jc w:val="center"/>
        <w:rPr>
          <w:rFonts w:ascii="Calibri" w:hAnsi="Calibri" w:cs="Calibri"/>
          <w:bCs/>
          <w:lang w:val="pt-BR"/>
        </w:rPr>
      </w:pPr>
      <w:r w:rsidRPr="00F92104">
        <w:rPr>
          <w:rFonts w:ascii="Calibri" w:hAnsi="Calibri" w:cs="Calibri"/>
          <w:szCs w:val="24"/>
          <w:lang w:val="pt-BR"/>
        </w:rPr>
        <w:t xml:space="preserve">Figura 2 – </w:t>
      </w:r>
      <w:r w:rsidR="0087252E" w:rsidRPr="00F92104">
        <w:rPr>
          <w:rFonts w:ascii="Calibri" w:hAnsi="Calibri" w:cs="Calibri"/>
          <w:bCs/>
          <w:lang w:val="pt-BR"/>
        </w:rPr>
        <w:t>Planta baixa e corte arquitetônico</w:t>
      </w:r>
    </w:p>
    <w:p w14:paraId="2259FDB6" w14:textId="77777777" w:rsidR="000B0FDE" w:rsidRPr="00F92104" w:rsidRDefault="000B0FDE" w:rsidP="000B0FDE">
      <w:pPr>
        <w:spacing w:before="240"/>
        <w:ind w:firstLine="0"/>
        <w:jc w:val="center"/>
        <w:rPr>
          <w:rFonts w:ascii="Calibri" w:hAnsi="Calibri" w:cs="Calibri"/>
          <w:bCs/>
          <w:lang w:val="pt-BR"/>
        </w:rPr>
      </w:pPr>
    </w:p>
    <w:tbl>
      <w:tblPr>
        <w:tblW w:w="0" w:type="auto"/>
        <w:jc w:val="center"/>
        <w:tblLayout w:type="fixed"/>
        <w:tblLook w:val="04A0" w:firstRow="1" w:lastRow="0" w:firstColumn="1" w:lastColumn="0" w:noHBand="0" w:noVBand="1"/>
      </w:tblPr>
      <w:tblGrid>
        <w:gridCol w:w="6120"/>
        <w:gridCol w:w="4320"/>
      </w:tblGrid>
      <w:tr w:rsidR="0087252E" w:rsidRPr="00F92104" w14:paraId="5A018EFE" w14:textId="77777777" w:rsidTr="009A49E8">
        <w:trPr>
          <w:jc w:val="center"/>
        </w:trPr>
        <w:tc>
          <w:tcPr>
            <w:tcW w:w="6120" w:type="dxa"/>
            <w:tcBorders>
              <w:top w:val="nil"/>
              <w:left w:val="nil"/>
              <w:bottom w:val="nil"/>
              <w:right w:val="nil"/>
            </w:tcBorders>
          </w:tcPr>
          <w:p w14:paraId="596621AD" w14:textId="379149FC" w:rsidR="0087252E" w:rsidRPr="00F92104" w:rsidRDefault="008A131E" w:rsidP="008A131E">
            <w:pPr>
              <w:ind w:firstLine="0"/>
              <w:jc w:val="center"/>
              <w:rPr>
                <w:rFonts w:ascii="Calibri" w:hAnsi="Calibri" w:cs="Calibri"/>
                <w:lang w:val="pt-BR"/>
              </w:rPr>
            </w:pPr>
            <w:r w:rsidRPr="00F92104">
              <w:rPr>
                <w:rFonts w:ascii="Calibri" w:hAnsi="Calibri" w:cs="Calibri"/>
                <w:b/>
                <w:sz w:val="20"/>
                <w:lang w:val="pt-BR"/>
              </w:rPr>
              <w:t>Planta Baixa – Térreo</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69"/>
              <w:gridCol w:w="1512"/>
              <w:gridCol w:w="1512"/>
            </w:tblGrid>
            <w:tr w:rsidR="0087252E" w:rsidRPr="00F92104" w14:paraId="496A949A" w14:textId="77777777" w:rsidTr="00623467">
              <w:trPr>
                <w:trHeight w:val="936"/>
                <w:jc w:val="center"/>
              </w:trPr>
              <w:tc>
                <w:tcPr>
                  <w:tcW w:w="1469" w:type="dxa"/>
                  <w:vAlign w:val="center"/>
                </w:tcPr>
                <w:p w14:paraId="3E26C616"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3</w:t>
                  </w:r>
                  <w:r w:rsidRPr="00F92104">
                    <w:rPr>
                      <w:rFonts w:ascii="Calibri" w:hAnsi="Calibri" w:cs="Calibri"/>
                      <w:b/>
                      <w:sz w:val="16"/>
                      <w:lang w:val="pt-BR"/>
                    </w:rPr>
                    <w:br/>
                    <w:t>DORMITÓRIO 1</w:t>
                  </w:r>
                </w:p>
              </w:tc>
              <w:tc>
                <w:tcPr>
                  <w:tcW w:w="1512" w:type="dxa"/>
                  <w:vAlign w:val="center"/>
                </w:tcPr>
                <w:p w14:paraId="708A0478"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4</w:t>
                  </w:r>
                  <w:r w:rsidRPr="00F92104">
                    <w:rPr>
                      <w:rFonts w:ascii="Calibri" w:hAnsi="Calibri" w:cs="Calibri"/>
                      <w:b/>
                      <w:sz w:val="16"/>
                      <w:lang w:val="pt-BR"/>
                    </w:rPr>
                    <w:br/>
                    <w:t>BANHEIRO</w:t>
                  </w:r>
                </w:p>
              </w:tc>
              <w:tc>
                <w:tcPr>
                  <w:tcW w:w="1512" w:type="dxa"/>
                  <w:vAlign w:val="center"/>
                </w:tcPr>
                <w:p w14:paraId="79DA5E8F"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5</w:t>
                  </w:r>
                  <w:r w:rsidRPr="00F92104">
                    <w:rPr>
                      <w:rFonts w:ascii="Calibri" w:hAnsi="Calibri" w:cs="Calibri"/>
                      <w:b/>
                      <w:sz w:val="16"/>
                      <w:lang w:val="pt-BR"/>
                    </w:rPr>
                    <w:br/>
                    <w:t>DORMITÓRIO 2</w:t>
                  </w:r>
                </w:p>
              </w:tc>
            </w:tr>
            <w:tr w:rsidR="0087252E" w:rsidRPr="00F92104" w14:paraId="7B35E377" w14:textId="77777777" w:rsidTr="00623467">
              <w:trPr>
                <w:trHeight w:val="936"/>
                <w:jc w:val="center"/>
              </w:trPr>
              <w:tc>
                <w:tcPr>
                  <w:tcW w:w="1469" w:type="dxa"/>
                  <w:vMerge w:val="restart"/>
                  <w:vAlign w:val="center"/>
                </w:tcPr>
                <w:p w14:paraId="4DB1E40C" w14:textId="77777777" w:rsidR="008A131E" w:rsidRPr="00F92104" w:rsidRDefault="0087252E" w:rsidP="008A131E">
                  <w:pPr>
                    <w:ind w:firstLine="0"/>
                    <w:jc w:val="center"/>
                    <w:rPr>
                      <w:rFonts w:ascii="Calibri" w:hAnsi="Calibri" w:cs="Calibri"/>
                      <w:b/>
                      <w:sz w:val="16"/>
                      <w:lang w:val="pt-BR"/>
                    </w:rPr>
                  </w:pPr>
                  <w:r w:rsidRPr="00F92104">
                    <w:rPr>
                      <w:rFonts w:ascii="Calibri" w:hAnsi="Calibri" w:cs="Calibri"/>
                      <w:b/>
                      <w:sz w:val="16"/>
                      <w:lang w:val="pt-BR"/>
                    </w:rPr>
                    <w:t>2</w:t>
                  </w:r>
                </w:p>
                <w:p w14:paraId="18D3AD24" w14:textId="5886FD5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COZINHA</w:t>
                  </w:r>
                </w:p>
              </w:tc>
              <w:tc>
                <w:tcPr>
                  <w:tcW w:w="3024" w:type="dxa"/>
                  <w:gridSpan w:val="2"/>
                  <w:vMerge w:val="restart"/>
                  <w:vAlign w:val="center"/>
                </w:tcPr>
                <w:p w14:paraId="0BA605B7"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1</w:t>
                  </w:r>
                  <w:r w:rsidRPr="00F92104">
                    <w:rPr>
                      <w:rFonts w:ascii="Calibri" w:hAnsi="Calibri" w:cs="Calibri"/>
                      <w:b/>
                      <w:sz w:val="16"/>
                      <w:lang w:val="pt-BR"/>
                    </w:rPr>
                    <w:br/>
                    <w:t>SALA DE ESTAR / JANTAR</w:t>
                  </w:r>
                </w:p>
              </w:tc>
            </w:tr>
            <w:tr w:rsidR="0087252E" w:rsidRPr="00F92104" w14:paraId="26C6B3A1" w14:textId="77777777" w:rsidTr="00623467">
              <w:trPr>
                <w:trHeight w:val="936"/>
                <w:jc w:val="center"/>
              </w:trPr>
              <w:tc>
                <w:tcPr>
                  <w:tcW w:w="1469" w:type="dxa"/>
                  <w:vMerge/>
                  <w:vAlign w:val="center"/>
                </w:tcPr>
                <w:p w14:paraId="5D644FF4" w14:textId="77777777" w:rsidR="0087252E" w:rsidRPr="00F92104" w:rsidRDefault="0087252E" w:rsidP="009A49E8">
                  <w:pPr>
                    <w:rPr>
                      <w:rFonts w:ascii="Calibri" w:hAnsi="Calibri" w:cs="Calibri"/>
                      <w:lang w:val="pt-BR"/>
                    </w:rPr>
                  </w:pPr>
                </w:p>
              </w:tc>
              <w:tc>
                <w:tcPr>
                  <w:tcW w:w="3024" w:type="dxa"/>
                  <w:gridSpan w:val="2"/>
                  <w:vMerge/>
                  <w:vAlign w:val="center"/>
                </w:tcPr>
                <w:p w14:paraId="6C5C2A11" w14:textId="77777777" w:rsidR="0087252E" w:rsidRPr="00F92104" w:rsidRDefault="0087252E" w:rsidP="009A49E8">
                  <w:pPr>
                    <w:rPr>
                      <w:rFonts w:ascii="Calibri" w:hAnsi="Calibri" w:cs="Calibri"/>
                      <w:lang w:val="pt-BR"/>
                    </w:rPr>
                  </w:pPr>
                </w:p>
              </w:tc>
            </w:tr>
            <w:tr w:rsidR="0087252E" w:rsidRPr="00F92104" w14:paraId="22981C91" w14:textId="77777777" w:rsidTr="00623467">
              <w:trPr>
                <w:trHeight w:val="936"/>
                <w:jc w:val="center"/>
              </w:trPr>
              <w:tc>
                <w:tcPr>
                  <w:tcW w:w="1469" w:type="dxa"/>
                  <w:shd w:val="clear" w:color="auto" w:fill="E9D8B7"/>
                  <w:vAlign w:val="center"/>
                </w:tcPr>
                <w:p w14:paraId="2FE5FF3B"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DECK</w:t>
                  </w:r>
                </w:p>
              </w:tc>
              <w:tc>
                <w:tcPr>
                  <w:tcW w:w="1512" w:type="dxa"/>
                  <w:shd w:val="clear" w:color="auto" w:fill="F2F2F2"/>
                  <w:vAlign w:val="center"/>
                </w:tcPr>
                <w:p w14:paraId="257D48CF"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ACESSO</w:t>
                  </w:r>
                </w:p>
              </w:tc>
              <w:tc>
                <w:tcPr>
                  <w:tcW w:w="1512" w:type="dxa"/>
                  <w:shd w:val="clear" w:color="auto" w:fill="E6EFDF"/>
                  <w:vAlign w:val="center"/>
                </w:tcPr>
                <w:p w14:paraId="525F06E3" w14:textId="77777777" w:rsidR="0087252E" w:rsidRPr="00F92104" w:rsidRDefault="0087252E" w:rsidP="008A131E">
                  <w:pPr>
                    <w:ind w:firstLine="0"/>
                    <w:jc w:val="center"/>
                    <w:rPr>
                      <w:rFonts w:ascii="Calibri" w:hAnsi="Calibri" w:cs="Calibri"/>
                      <w:lang w:val="pt-BR"/>
                    </w:rPr>
                  </w:pPr>
                  <w:r w:rsidRPr="00F92104">
                    <w:rPr>
                      <w:rFonts w:ascii="Calibri" w:hAnsi="Calibri" w:cs="Calibri"/>
                      <w:b/>
                      <w:sz w:val="16"/>
                      <w:lang w:val="pt-BR"/>
                    </w:rPr>
                    <w:t>ÁREA VERDE</w:t>
                  </w:r>
                </w:p>
              </w:tc>
            </w:tr>
          </w:tbl>
          <w:p w14:paraId="408CA1F2" w14:textId="77777777" w:rsidR="0087252E" w:rsidRPr="00F92104" w:rsidRDefault="0087252E" w:rsidP="009A49E8">
            <w:pPr>
              <w:rPr>
                <w:lang w:val="pt-BR"/>
              </w:rPr>
            </w:pPr>
          </w:p>
          <w:p w14:paraId="6E2D8E63" w14:textId="77777777" w:rsidR="0087252E" w:rsidRPr="00F92104" w:rsidRDefault="0087252E" w:rsidP="009A49E8">
            <w:pPr>
              <w:spacing w:before="60"/>
              <w:jc w:val="right"/>
              <w:rPr>
                <w:lang w:val="pt-BR"/>
              </w:rPr>
            </w:pPr>
            <w:proofErr w:type="gramStart"/>
            <w:r w:rsidRPr="00F92104">
              <w:rPr>
                <w:rFonts w:ascii="Arial" w:hAnsi="Arial"/>
                <w:b/>
                <w:sz w:val="20"/>
                <w:lang w:val="pt-BR"/>
              </w:rPr>
              <w:t>N  ↑</w:t>
            </w:r>
            <w:proofErr w:type="gramEnd"/>
          </w:p>
        </w:tc>
        <w:tc>
          <w:tcPr>
            <w:tcW w:w="4320" w:type="dxa"/>
            <w:tcBorders>
              <w:top w:val="nil"/>
              <w:left w:val="nil"/>
              <w:bottom w:val="nil"/>
              <w:right w:val="nil"/>
            </w:tcBorders>
          </w:tcPr>
          <w:p w14:paraId="64BC651F" w14:textId="45D4A048" w:rsidR="0087252E" w:rsidRPr="00F92104" w:rsidRDefault="008A131E" w:rsidP="008A131E">
            <w:pPr>
              <w:ind w:firstLine="0"/>
              <w:jc w:val="center"/>
              <w:rPr>
                <w:lang w:val="pt-BR"/>
              </w:rPr>
            </w:pPr>
            <w:r w:rsidRPr="00F92104">
              <w:rPr>
                <w:rFonts w:ascii="Calibri" w:hAnsi="Calibri" w:cs="Calibri"/>
                <w:b/>
                <w:sz w:val="20"/>
                <w:lang w:val="pt-BR"/>
              </w:rPr>
              <w:t>Corte</w:t>
            </w:r>
            <w:r w:rsidRPr="00F92104">
              <w:rPr>
                <w:rFonts w:ascii="Arial" w:hAnsi="Arial"/>
                <w:b/>
                <w:sz w:val="20"/>
                <w:lang w:val="pt-BR"/>
              </w:rPr>
              <w:t xml:space="preserve"> </w:t>
            </w:r>
            <w:r w:rsidR="0087252E" w:rsidRPr="00F92104">
              <w:rPr>
                <w:rFonts w:ascii="Calibri" w:hAnsi="Calibri" w:cs="Calibri"/>
                <w:b/>
                <w:sz w:val="20"/>
                <w:lang w:val="pt-BR"/>
              </w:rPr>
              <w:t>AA</w:t>
            </w:r>
          </w:p>
          <w:tbl>
            <w:tblPr>
              <w:tblW w:w="4420" w:type="dxa"/>
              <w:jc w:val="center"/>
              <w:tblLayout w:type="fixed"/>
              <w:tblLook w:val="04A0" w:firstRow="1" w:lastRow="0" w:firstColumn="1" w:lastColumn="0" w:noHBand="0" w:noVBand="1"/>
            </w:tblPr>
            <w:tblGrid>
              <w:gridCol w:w="1082"/>
              <w:gridCol w:w="425"/>
              <w:gridCol w:w="447"/>
              <w:gridCol w:w="625"/>
              <w:gridCol w:w="612"/>
              <w:gridCol w:w="1229"/>
            </w:tblGrid>
            <w:tr w:rsidR="00F92104" w:rsidRPr="00F92104" w14:paraId="273B3CD6" w14:textId="77777777" w:rsidTr="008A131E">
              <w:trPr>
                <w:trHeight w:val="648"/>
                <w:jc w:val="center"/>
              </w:trPr>
              <w:tc>
                <w:tcPr>
                  <w:tcW w:w="1082" w:type="dxa"/>
                  <w:tcBorders>
                    <w:top w:val="nil"/>
                    <w:left w:val="nil"/>
                    <w:bottom w:val="nil"/>
                    <w:right w:val="nil"/>
                  </w:tcBorders>
                </w:tcPr>
                <w:p w14:paraId="2A804B87" w14:textId="77777777" w:rsidR="0087252E" w:rsidRPr="00F92104" w:rsidRDefault="0087252E" w:rsidP="009A49E8">
                  <w:pPr>
                    <w:rPr>
                      <w:rFonts w:ascii="Calibri" w:hAnsi="Calibri" w:cs="Calibri"/>
                      <w:lang w:val="pt-BR"/>
                    </w:rPr>
                  </w:pPr>
                </w:p>
              </w:tc>
              <w:tc>
                <w:tcPr>
                  <w:tcW w:w="872" w:type="dxa"/>
                  <w:gridSpan w:val="2"/>
                  <w:tcBorders>
                    <w:top w:val="nil"/>
                    <w:left w:val="nil"/>
                    <w:bottom w:val="nil"/>
                    <w:right w:val="nil"/>
                  </w:tcBorders>
                  <w:vAlign w:val="center"/>
                </w:tcPr>
                <w:p w14:paraId="16DE37C9" w14:textId="25785619" w:rsidR="0087252E" w:rsidRPr="00F92104" w:rsidRDefault="0087252E" w:rsidP="008A131E">
                  <w:pPr>
                    <w:ind w:left="110" w:firstLine="0"/>
                    <w:jc w:val="center"/>
                    <w:rPr>
                      <w:rFonts w:ascii="Calibri" w:hAnsi="Calibri" w:cs="Calibri"/>
                      <w:lang w:val="pt-BR"/>
                    </w:rPr>
                  </w:pPr>
                  <w:r w:rsidRPr="00F92104">
                    <w:rPr>
                      <w:rFonts w:ascii="MS Gothic" w:eastAsia="MS Gothic" w:hAnsi="MS Gothic" w:cs="MS Gothic"/>
                      <w:b/>
                      <w:sz w:val="44"/>
                      <w:lang w:val="pt-BR"/>
                    </w:rPr>
                    <w:t>╱</w:t>
                  </w:r>
                </w:p>
              </w:tc>
              <w:tc>
                <w:tcPr>
                  <w:tcW w:w="621" w:type="dxa"/>
                  <w:tcBorders>
                    <w:top w:val="nil"/>
                    <w:left w:val="nil"/>
                    <w:bottom w:val="nil"/>
                    <w:right w:val="nil"/>
                  </w:tcBorders>
                  <w:vAlign w:val="center"/>
                </w:tcPr>
                <w:p w14:paraId="660EE745" w14:textId="77777777" w:rsidR="0087252E" w:rsidRPr="00F92104" w:rsidRDefault="0087252E" w:rsidP="008A131E">
                  <w:pPr>
                    <w:ind w:left="-739" w:firstLine="589"/>
                    <w:jc w:val="center"/>
                    <w:rPr>
                      <w:rFonts w:ascii="Calibri" w:hAnsi="Calibri" w:cs="Calibri"/>
                      <w:lang w:val="pt-BR"/>
                    </w:rPr>
                  </w:pPr>
                  <w:r w:rsidRPr="00F92104">
                    <w:rPr>
                      <w:rFonts w:ascii="Calibri" w:hAnsi="Calibri" w:cs="Calibri"/>
                      <w:b/>
                      <w:sz w:val="18"/>
                      <w:lang w:val="pt-BR"/>
                    </w:rPr>
                    <w:t>────</w:t>
                  </w:r>
                </w:p>
              </w:tc>
              <w:tc>
                <w:tcPr>
                  <w:tcW w:w="612" w:type="dxa"/>
                  <w:tcBorders>
                    <w:top w:val="nil"/>
                    <w:left w:val="nil"/>
                    <w:bottom w:val="nil"/>
                    <w:right w:val="nil"/>
                  </w:tcBorders>
                  <w:vAlign w:val="center"/>
                </w:tcPr>
                <w:p w14:paraId="64CB2652" w14:textId="77777777" w:rsidR="0087252E" w:rsidRPr="00F92104" w:rsidRDefault="0087252E" w:rsidP="0087252E">
                  <w:pPr>
                    <w:ind w:firstLine="0"/>
                    <w:rPr>
                      <w:rFonts w:ascii="Calibri" w:hAnsi="Calibri" w:cs="Calibri"/>
                      <w:lang w:val="pt-BR"/>
                    </w:rPr>
                  </w:pPr>
                  <w:r w:rsidRPr="00F92104">
                    <w:rPr>
                      <w:rFonts w:ascii="MS Gothic" w:eastAsia="MS Gothic" w:hAnsi="MS Gothic" w:cs="MS Gothic"/>
                      <w:b/>
                      <w:sz w:val="44"/>
                      <w:lang w:val="pt-BR"/>
                    </w:rPr>
                    <w:t>╲</w:t>
                  </w:r>
                </w:p>
              </w:tc>
              <w:tc>
                <w:tcPr>
                  <w:tcW w:w="1229" w:type="dxa"/>
                  <w:tcBorders>
                    <w:top w:val="nil"/>
                    <w:left w:val="nil"/>
                    <w:bottom w:val="nil"/>
                    <w:right w:val="nil"/>
                  </w:tcBorders>
                </w:tcPr>
                <w:p w14:paraId="6089F2FA" w14:textId="77777777" w:rsidR="0087252E" w:rsidRPr="00F92104" w:rsidRDefault="0087252E" w:rsidP="009A49E8">
                  <w:pPr>
                    <w:rPr>
                      <w:rFonts w:ascii="Calibri" w:hAnsi="Calibri" w:cs="Calibri"/>
                      <w:lang w:val="pt-BR"/>
                    </w:rPr>
                  </w:pPr>
                </w:p>
              </w:tc>
            </w:tr>
            <w:tr w:rsidR="0087252E" w:rsidRPr="00F92104" w14:paraId="25B2411F" w14:textId="77777777" w:rsidTr="008A131E">
              <w:trPr>
                <w:trHeight w:val="648"/>
                <w:jc w:val="center"/>
              </w:trPr>
              <w:tc>
                <w:tcPr>
                  <w:tcW w:w="1082" w:type="dxa"/>
                  <w:tcBorders>
                    <w:top w:val="nil"/>
                    <w:left w:val="nil"/>
                    <w:bottom w:val="nil"/>
                    <w:right w:val="nil"/>
                  </w:tcBorders>
                </w:tcPr>
                <w:p w14:paraId="26999351" w14:textId="77777777" w:rsidR="0087252E" w:rsidRPr="00F92104" w:rsidRDefault="0087252E" w:rsidP="009A49E8">
                  <w:pPr>
                    <w:rPr>
                      <w:rFonts w:ascii="Calibri" w:hAnsi="Calibri" w:cs="Calibri"/>
                      <w:lang w:val="pt-BR"/>
                    </w:rPr>
                  </w:pPr>
                </w:p>
              </w:tc>
              <w:tc>
                <w:tcPr>
                  <w:tcW w:w="425" w:type="dxa"/>
                  <w:tcBorders>
                    <w:top w:val="single" w:sz="12" w:space="0" w:color="333333"/>
                    <w:left w:val="single" w:sz="16" w:space="0" w:color="333333"/>
                    <w:bottom w:val="nil"/>
                    <w:right w:val="nil"/>
                  </w:tcBorders>
                </w:tcPr>
                <w:p w14:paraId="6CB55F64" w14:textId="77777777" w:rsidR="0087252E" w:rsidRPr="00F92104" w:rsidRDefault="0087252E" w:rsidP="009A49E8">
                  <w:pPr>
                    <w:rPr>
                      <w:rFonts w:ascii="Calibri" w:hAnsi="Calibri" w:cs="Calibri"/>
                      <w:lang w:val="pt-BR"/>
                    </w:rPr>
                  </w:pPr>
                </w:p>
              </w:tc>
              <w:tc>
                <w:tcPr>
                  <w:tcW w:w="1072" w:type="dxa"/>
                  <w:gridSpan w:val="2"/>
                  <w:tcBorders>
                    <w:top w:val="single" w:sz="12" w:space="0" w:color="333333"/>
                    <w:left w:val="nil"/>
                    <w:bottom w:val="nil"/>
                    <w:right w:val="nil"/>
                  </w:tcBorders>
                </w:tcPr>
                <w:p w14:paraId="05197EC9" w14:textId="77777777" w:rsidR="0087252E" w:rsidRPr="00F92104" w:rsidRDefault="0087252E" w:rsidP="009A49E8">
                  <w:pPr>
                    <w:rPr>
                      <w:rFonts w:ascii="Calibri" w:hAnsi="Calibri" w:cs="Calibri"/>
                      <w:lang w:val="pt-BR"/>
                    </w:rPr>
                  </w:pPr>
                </w:p>
              </w:tc>
              <w:tc>
                <w:tcPr>
                  <w:tcW w:w="612" w:type="dxa"/>
                  <w:tcBorders>
                    <w:top w:val="single" w:sz="12" w:space="0" w:color="333333"/>
                    <w:left w:val="nil"/>
                    <w:bottom w:val="nil"/>
                    <w:right w:val="single" w:sz="16" w:space="0" w:color="333333"/>
                  </w:tcBorders>
                </w:tcPr>
                <w:p w14:paraId="3E219772" w14:textId="77777777" w:rsidR="0087252E" w:rsidRPr="00F92104" w:rsidRDefault="0087252E" w:rsidP="009A49E8">
                  <w:pPr>
                    <w:rPr>
                      <w:rFonts w:ascii="Calibri" w:hAnsi="Calibri" w:cs="Calibri"/>
                      <w:lang w:val="pt-BR"/>
                    </w:rPr>
                  </w:pPr>
                </w:p>
              </w:tc>
              <w:tc>
                <w:tcPr>
                  <w:tcW w:w="1229" w:type="dxa"/>
                  <w:tcBorders>
                    <w:top w:val="nil"/>
                    <w:left w:val="nil"/>
                    <w:bottom w:val="nil"/>
                    <w:right w:val="nil"/>
                  </w:tcBorders>
                  <w:vAlign w:val="center"/>
                </w:tcPr>
                <w:p w14:paraId="29BBD39F" w14:textId="77777777" w:rsidR="0087252E" w:rsidRPr="00F92104" w:rsidRDefault="0087252E" w:rsidP="008A131E">
                  <w:pPr>
                    <w:ind w:hanging="493"/>
                    <w:jc w:val="center"/>
                    <w:rPr>
                      <w:rFonts w:ascii="Calibri" w:hAnsi="Calibri" w:cs="Calibri"/>
                      <w:lang w:val="pt-BR"/>
                    </w:rPr>
                  </w:pPr>
                  <w:r w:rsidRPr="00F92104">
                    <w:rPr>
                      <w:rFonts w:ascii="Calibri" w:hAnsi="Calibri" w:cs="Calibri"/>
                      <w:b/>
                      <w:sz w:val="36"/>
                      <w:lang w:val="pt-BR"/>
                    </w:rPr>
                    <w:t>│</w:t>
                  </w:r>
                </w:p>
              </w:tc>
            </w:tr>
            <w:tr w:rsidR="0087252E" w:rsidRPr="00F92104" w14:paraId="69EC22FF" w14:textId="77777777" w:rsidTr="008A131E">
              <w:trPr>
                <w:trHeight w:val="648"/>
                <w:jc w:val="center"/>
              </w:trPr>
              <w:tc>
                <w:tcPr>
                  <w:tcW w:w="1082" w:type="dxa"/>
                  <w:tcBorders>
                    <w:top w:val="nil"/>
                    <w:left w:val="nil"/>
                    <w:bottom w:val="nil"/>
                    <w:right w:val="nil"/>
                  </w:tcBorders>
                </w:tcPr>
                <w:p w14:paraId="42790B3E" w14:textId="77777777" w:rsidR="0087252E" w:rsidRPr="00F92104" w:rsidRDefault="0087252E" w:rsidP="009A49E8">
                  <w:pPr>
                    <w:rPr>
                      <w:rFonts w:ascii="Calibri" w:hAnsi="Calibri" w:cs="Calibri"/>
                      <w:lang w:val="pt-BR"/>
                    </w:rPr>
                  </w:pPr>
                </w:p>
              </w:tc>
              <w:tc>
                <w:tcPr>
                  <w:tcW w:w="425" w:type="dxa"/>
                  <w:tcBorders>
                    <w:top w:val="nil"/>
                    <w:left w:val="single" w:sz="16" w:space="0" w:color="333333"/>
                    <w:bottom w:val="nil"/>
                    <w:right w:val="nil"/>
                  </w:tcBorders>
                </w:tcPr>
                <w:p w14:paraId="38B12037" w14:textId="77777777" w:rsidR="0087252E" w:rsidRPr="00F92104" w:rsidRDefault="0087252E" w:rsidP="009A49E8">
                  <w:pPr>
                    <w:rPr>
                      <w:rFonts w:ascii="Calibri" w:hAnsi="Calibri" w:cs="Calibri"/>
                      <w:lang w:val="pt-BR"/>
                    </w:rPr>
                  </w:pPr>
                </w:p>
              </w:tc>
              <w:tc>
                <w:tcPr>
                  <w:tcW w:w="1072" w:type="dxa"/>
                  <w:gridSpan w:val="2"/>
                  <w:tcBorders>
                    <w:top w:val="nil"/>
                    <w:left w:val="nil"/>
                    <w:bottom w:val="nil"/>
                    <w:right w:val="nil"/>
                  </w:tcBorders>
                  <w:vAlign w:val="center"/>
                </w:tcPr>
                <w:p w14:paraId="74130261" w14:textId="77777777" w:rsidR="008A131E" w:rsidRPr="00F92104" w:rsidRDefault="008A131E" w:rsidP="008A131E">
                  <w:pPr>
                    <w:ind w:firstLine="0"/>
                    <w:rPr>
                      <w:rFonts w:ascii="Calibri" w:hAnsi="Calibri" w:cs="Calibri"/>
                      <w:sz w:val="14"/>
                      <w:lang w:val="pt-BR"/>
                    </w:rPr>
                  </w:pPr>
                </w:p>
                <w:p w14:paraId="7E2DBDE3" w14:textId="23725426" w:rsidR="0087252E" w:rsidRPr="00F92104" w:rsidRDefault="0087252E" w:rsidP="008A131E">
                  <w:pPr>
                    <w:ind w:firstLine="16"/>
                    <w:jc w:val="center"/>
                    <w:rPr>
                      <w:rFonts w:ascii="Calibri" w:hAnsi="Calibri" w:cs="Calibri"/>
                      <w:b/>
                      <w:bCs/>
                      <w:sz w:val="16"/>
                      <w:szCs w:val="16"/>
                      <w:lang w:val="pt-BR"/>
                    </w:rPr>
                  </w:pPr>
                  <w:r w:rsidRPr="00F92104">
                    <w:rPr>
                      <w:rFonts w:ascii="Calibri" w:hAnsi="Calibri" w:cs="Calibri"/>
                      <w:b/>
                      <w:bCs/>
                      <w:sz w:val="16"/>
                      <w:szCs w:val="16"/>
                      <w:lang w:val="pt-BR"/>
                    </w:rPr>
                    <w:t>PORTA</w:t>
                  </w:r>
                </w:p>
              </w:tc>
              <w:tc>
                <w:tcPr>
                  <w:tcW w:w="612" w:type="dxa"/>
                  <w:tcBorders>
                    <w:top w:val="nil"/>
                    <w:left w:val="nil"/>
                    <w:bottom w:val="nil"/>
                    <w:right w:val="single" w:sz="16" w:space="0" w:color="333333"/>
                  </w:tcBorders>
                </w:tcPr>
                <w:p w14:paraId="3BDA9A7C" w14:textId="77777777" w:rsidR="0087252E" w:rsidRPr="00F92104" w:rsidRDefault="0087252E" w:rsidP="009A49E8">
                  <w:pPr>
                    <w:rPr>
                      <w:rFonts w:ascii="Calibri" w:hAnsi="Calibri" w:cs="Calibri"/>
                      <w:lang w:val="pt-BR"/>
                    </w:rPr>
                  </w:pPr>
                </w:p>
              </w:tc>
              <w:tc>
                <w:tcPr>
                  <w:tcW w:w="1229" w:type="dxa"/>
                  <w:tcBorders>
                    <w:top w:val="nil"/>
                    <w:left w:val="nil"/>
                    <w:bottom w:val="nil"/>
                    <w:right w:val="nil"/>
                  </w:tcBorders>
                  <w:vAlign w:val="center"/>
                </w:tcPr>
                <w:p w14:paraId="4C656BFA" w14:textId="01EBE97C" w:rsidR="0087252E" w:rsidRPr="00F92104" w:rsidRDefault="0087252E" w:rsidP="0087252E">
                  <w:pPr>
                    <w:ind w:firstLine="0"/>
                    <w:rPr>
                      <w:rFonts w:ascii="Calibri" w:hAnsi="Calibri" w:cs="Calibri"/>
                      <w:lang w:val="pt-BR"/>
                    </w:rPr>
                  </w:pPr>
                  <w:r w:rsidRPr="00F92104">
                    <w:rPr>
                      <w:rFonts w:ascii="Calibri" w:hAnsi="Calibri" w:cs="Calibri"/>
                      <w:b/>
                      <w:sz w:val="16"/>
                      <w:lang w:val="pt-BR"/>
                    </w:rPr>
                    <w:t>3,00 m</w:t>
                  </w:r>
                </w:p>
              </w:tc>
            </w:tr>
            <w:tr w:rsidR="0087252E" w:rsidRPr="00F92104" w14:paraId="07006F69" w14:textId="77777777" w:rsidTr="008A131E">
              <w:trPr>
                <w:trHeight w:val="648"/>
                <w:jc w:val="center"/>
              </w:trPr>
              <w:tc>
                <w:tcPr>
                  <w:tcW w:w="1082" w:type="dxa"/>
                  <w:tcBorders>
                    <w:top w:val="nil"/>
                    <w:left w:val="nil"/>
                    <w:bottom w:val="single" w:sz="18" w:space="0" w:color="333333"/>
                    <w:right w:val="nil"/>
                  </w:tcBorders>
                </w:tcPr>
                <w:p w14:paraId="23076DED" w14:textId="77777777" w:rsidR="0087252E" w:rsidRPr="00F92104" w:rsidRDefault="0087252E" w:rsidP="009A49E8">
                  <w:pPr>
                    <w:rPr>
                      <w:rFonts w:ascii="Calibri" w:hAnsi="Calibri" w:cs="Calibri"/>
                      <w:lang w:val="pt-BR"/>
                    </w:rPr>
                  </w:pPr>
                </w:p>
              </w:tc>
              <w:tc>
                <w:tcPr>
                  <w:tcW w:w="425" w:type="dxa"/>
                  <w:tcBorders>
                    <w:top w:val="nil"/>
                    <w:left w:val="single" w:sz="16" w:space="0" w:color="333333"/>
                    <w:bottom w:val="single" w:sz="18" w:space="0" w:color="333333"/>
                    <w:right w:val="nil"/>
                  </w:tcBorders>
                </w:tcPr>
                <w:p w14:paraId="6F10D60A" w14:textId="77777777" w:rsidR="0087252E" w:rsidRPr="00F92104" w:rsidRDefault="0087252E" w:rsidP="009A49E8">
                  <w:pPr>
                    <w:rPr>
                      <w:rFonts w:ascii="Calibri" w:hAnsi="Calibri" w:cs="Calibri"/>
                      <w:lang w:val="pt-BR"/>
                    </w:rPr>
                  </w:pPr>
                </w:p>
              </w:tc>
              <w:tc>
                <w:tcPr>
                  <w:tcW w:w="1072" w:type="dxa"/>
                  <w:gridSpan w:val="2"/>
                  <w:tcBorders>
                    <w:top w:val="nil"/>
                    <w:left w:val="nil"/>
                    <w:bottom w:val="single" w:sz="18" w:space="0" w:color="333333"/>
                    <w:right w:val="nil"/>
                  </w:tcBorders>
                </w:tcPr>
                <w:p w14:paraId="73F03FA1" w14:textId="77777777" w:rsidR="0087252E" w:rsidRPr="00F92104" w:rsidRDefault="0087252E" w:rsidP="009A49E8">
                  <w:pPr>
                    <w:rPr>
                      <w:rFonts w:ascii="Calibri" w:hAnsi="Calibri" w:cs="Calibri"/>
                      <w:lang w:val="pt-BR"/>
                    </w:rPr>
                  </w:pPr>
                </w:p>
              </w:tc>
              <w:tc>
                <w:tcPr>
                  <w:tcW w:w="612" w:type="dxa"/>
                  <w:tcBorders>
                    <w:top w:val="nil"/>
                    <w:left w:val="nil"/>
                    <w:bottom w:val="single" w:sz="18" w:space="0" w:color="333333"/>
                    <w:right w:val="single" w:sz="16" w:space="0" w:color="333333"/>
                  </w:tcBorders>
                </w:tcPr>
                <w:p w14:paraId="62C60962" w14:textId="77777777" w:rsidR="0087252E" w:rsidRPr="00F92104" w:rsidRDefault="0087252E" w:rsidP="009A49E8">
                  <w:pPr>
                    <w:rPr>
                      <w:rFonts w:ascii="Calibri" w:hAnsi="Calibri" w:cs="Calibri"/>
                      <w:lang w:val="pt-BR"/>
                    </w:rPr>
                  </w:pPr>
                </w:p>
              </w:tc>
              <w:tc>
                <w:tcPr>
                  <w:tcW w:w="1229" w:type="dxa"/>
                  <w:tcBorders>
                    <w:top w:val="nil"/>
                    <w:left w:val="nil"/>
                    <w:bottom w:val="single" w:sz="18" w:space="0" w:color="333333"/>
                    <w:right w:val="nil"/>
                  </w:tcBorders>
                  <w:vAlign w:val="center"/>
                </w:tcPr>
                <w:p w14:paraId="6262E538" w14:textId="77777777" w:rsidR="0087252E" w:rsidRPr="00F92104" w:rsidRDefault="0087252E" w:rsidP="008A131E">
                  <w:pPr>
                    <w:ind w:hanging="493"/>
                    <w:jc w:val="center"/>
                    <w:rPr>
                      <w:rFonts w:ascii="Calibri" w:hAnsi="Calibri" w:cs="Calibri"/>
                      <w:lang w:val="pt-BR"/>
                    </w:rPr>
                  </w:pPr>
                  <w:r w:rsidRPr="00F92104">
                    <w:rPr>
                      <w:rFonts w:ascii="Calibri" w:hAnsi="Calibri" w:cs="Calibri"/>
                      <w:b/>
                      <w:sz w:val="36"/>
                      <w:lang w:val="pt-BR"/>
                    </w:rPr>
                    <w:t>│</w:t>
                  </w:r>
                </w:p>
              </w:tc>
            </w:tr>
          </w:tbl>
          <w:p w14:paraId="36BECF5C" w14:textId="77777777" w:rsidR="0087252E" w:rsidRPr="00F92104" w:rsidRDefault="0087252E" w:rsidP="009A49E8">
            <w:pPr>
              <w:rPr>
                <w:lang w:val="pt-BR"/>
              </w:rPr>
            </w:pPr>
          </w:p>
          <w:p w14:paraId="5125C973" w14:textId="77777777" w:rsidR="0087252E" w:rsidRPr="00F92104" w:rsidRDefault="0087252E" w:rsidP="009A49E8">
            <w:pPr>
              <w:spacing w:before="100"/>
              <w:rPr>
                <w:lang w:val="pt-BR"/>
              </w:rPr>
            </w:pPr>
            <w:r w:rsidRPr="00F92104">
              <w:rPr>
                <w:rFonts w:ascii="Arial" w:hAnsi="Arial"/>
                <w:b/>
                <w:sz w:val="18"/>
                <w:lang w:val="pt-BR"/>
              </w:rPr>
              <w:t>LEGENDA</w:t>
            </w:r>
          </w:p>
          <w:tbl>
            <w:tblPr>
              <w:tblW w:w="0" w:type="auto"/>
              <w:jc w:val="center"/>
              <w:tblLayout w:type="fixed"/>
              <w:tblLook w:val="04A0" w:firstRow="1" w:lastRow="0" w:firstColumn="1" w:lastColumn="0" w:noHBand="0" w:noVBand="1"/>
            </w:tblPr>
            <w:tblGrid>
              <w:gridCol w:w="2160"/>
              <w:gridCol w:w="2160"/>
            </w:tblGrid>
            <w:tr w:rsidR="0087252E" w:rsidRPr="00F92104" w14:paraId="048E303D" w14:textId="77777777" w:rsidTr="009A49E8">
              <w:trPr>
                <w:jc w:val="center"/>
              </w:trPr>
              <w:tc>
                <w:tcPr>
                  <w:tcW w:w="2160" w:type="dxa"/>
                  <w:tcBorders>
                    <w:top w:val="nil"/>
                    <w:left w:val="nil"/>
                    <w:bottom w:val="nil"/>
                    <w:right w:val="nil"/>
                  </w:tcBorders>
                  <w:vAlign w:val="center"/>
                </w:tcPr>
                <w:p w14:paraId="31AE1021" w14:textId="77777777" w:rsidR="0087252E" w:rsidRPr="00F92104" w:rsidRDefault="0087252E" w:rsidP="009A49E8">
                  <w:pPr>
                    <w:jc w:val="center"/>
                    <w:rPr>
                      <w:lang w:val="pt-BR"/>
                    </w:rPr>
                  </w:pPr>
                  <w:r w:rsidRPr="00F92104">
                    <w:rPr>
                      <w:rFonts w:ascii="Arial" w:hAnsi="Arial"/>
                      <w:b/>
                      <w:sz w:val="18"/>
                      <w:lang w:val="pt-BR"/>
                    </w:rPr>
                    <w:t>■</w:t>
                  </w:r>
                </w:p>
              </w:tc>
              <w:tc>
                <w:tcPr>
                  <w:tcW w:w="2160" w:type="dxa"/>
                  <w:tcBorders>
                    <w:top w:val="nil"/>
                    <w:left w:val="nil"/>
                    <w:bottom w:val="nil"/>
                    <w:right w:val="nil"/>
                  </w:tcBorders>
                  <w:vAlign w:val="center"/>
                </w:tcPr>
                <w:p w14:paraId="7DAD832C" w14:textId="77777777" w:rsidR="0087252E" w:rsidRPr="00F92104" w:rsidRDefault="0087252E" w:rsidP="0087252E">
                  <w:pPr>
                    <w:ind w:firstLine="0"/>
                    <w:rPr>
                      <w:lang w:val="pt-BR"/>
                    </w:rPr>
                  </w:pPr>
                  <w:r w:rsidRPr="00F92104">
                    <w:rPr>
                      <w:rFonts w:ascii="Arial" w:hAnsi="Arial"/>
                      <w:sz w:val="16"/>
                      <w:lang w:val="pt-BR"/>
                    </w:rPr>
                    <w:t>Parede / estrutura</w:t>
                  </w:r>
                </w:p>
              </w:tc>
            </w:tr>
            <w:tr w:rsidR="0087252E" w:rsidRPr="00F92104" w14:paraId="42D47444" w14:textId="77777777" w:rsidTr="009A49E8">
              <w:trPr>
                <w:jc w:val="center"/>
              </w:trPr>
              <w:tc>
                <w:tcPr>
                  <w:tcW w:w="2160" w:type="dxa"/>
                  <w:tcBorders>
                    <w:top w:val="nil"/>
                    <w:left w:val="nil"/>
                    <w:bottom w:val="nil"/>
                    <w:right w:val="nil"/>
                  </w:tcBorders>
                  <w:vAlign w:val="center"/>
                </w:tcPr>
                <w:p w14:paraId="5DDD545F" w14:textId="77777777" w:rsidR="0087252E" w:rsidRPr="00F92104" w:rsidRDefault="0087252E" w:rsidP="009A49E8">
                  <w:pPr>
                    <w:jc w:val="center"/>
                    <w:rPr>
                      <w:lang w:val="pt-BR"/>
                    </w:rPr>
                  </w:pPr>
                  <w:r w:rsidRPr="00F92104">
                    <w:rPr>
                      <w:rFonts w:ascii="Arial" w:hAnsi="Arial"/>
                      <w:b/>
                      <w:sz w:val="18"/>
                      <w:lang w:val="pt-BR"/>
                    </w:rPr>
                    <w:t>—</w:t>
                  </w:r>
                </w:p>
              </w:tc>
              <w:tc>
                <w:tcPr>
                  <w:tcW w:w="2160" w:type="dxa"/>
                  <w:tcBorders>
                    <w:top w:val="nil"/>
                    <w:left w:val="nil"/>
                    <w:bottom w:val="nil"/>
                    <w:right w:val="nil"/>
                  </w:tcBorders>
                  <w:vAlign w:val="center"/>
                </w:tcPr>
                <w:p w14:paraId="0EFAB3E8" w14:textId="77777777" w:rsidR="0087252E" w:rsidRPr="00F92104" w:rsidRDefault="0087252E" w:rsidP="0087252E">
                  <w:pPr>
                    <w:ind w:firstLine="0"/>
                    <w:rPr>
                      <w:lang w:val="pt-BR"/>
                    </w:rPr>
                  </w:pPr>
                  <w:r w:rsidRPr="00F92104">
                    <w:rPr>
                      <w:rFonts w:ascii="Arial" w:hAnsi="Arial"/>
                      <w:sz w:val="16"/>
                      <w:lang w:val="pt-BR"/>
                    </w:rPr>
                    <w:t>Divisão interna</w:t>
                  </w:r>
                </w:p>
              </w:tc>
            </w:tr>
            <w:tr w:rsidR="0087252E" w:rsidRPr="00F92104" w14:paraId="6B856913" w14:textId="77777777" w:rsidTr="009A49E8">
              <w:trPr>
                <w:jc w:val="center"/>
              </w:trPr>
              <w:tc>
                <w:tcPr>
                  <w:tcW w:w="2160" w:type="dxa"/>
                  <w:tcBorders>
                    <w:top w:val="nil"/>
                    <w:left w:val="nil"/>
                    <w:bottom w:val="nil"/>
                    <w:right w:val="nil"/>
                  </w:tcBorders>
                  <w:vAlign w:val="center"/>
                </w:tcPr>
                <w:p w14:paraId="6B7D3C40" w14:textId="77777777" w:rsidR="0087252E" w:rsidRPr="00F92104" w:rsidRDefault="0087252E" w:rsidP="009A49E8">
                  <w:pPr>
                    <w:jc w:val="center"/>
                    <w:rPr>
                      <w:lang w:val="pt-BR"/>
                    </w:rPr>
                  </w:pPr>
                  <w:r w:rsidRPr="00F92104">
                    <w:rPr>
                      <w:rFonts w:ascii="Arial" w:hAnsi="Arial"/>
                      <w:b/>
                      <w:sz w:val="18"/>
                      <w:lang w:val="pt-BR"/>
                    </w:rPr>
                    <w:t>▧</w:t>
                  </w:r>
                </w:p>
              </w:tc>
              <w:tc>
                <w:tcPr>
                  <w:tcW w:w="2160" w:type="dxa"/>
                  <w:tcBorders>
                    <w:top w:val="nil"/>
                    <w:left w:val="nil"/>
                    <w:bottom w:val="nil"/>
                    <w:right w:val="nil"/>
                  </w:tcBorders>
                  <w:vAlign w:val="center"/>
                </w:tcPr>
                <w:p w14:paraId="3E7D6480" w14:textId="77777777" w:rsidR="0087252E" w:rsidRPr="00F92104" w:rsidRDefault="0087252E" w:rsidP="0087252E">
                  <w:pPr>
                    <w:ind w:firstLine="0"/>
                    <w:rPr>
                      <w:lang w:val="pt-BR"/>
                    </w:rPr>
                  </w:pPr>
                  <w:r w:rsidRPr="00F92104">
                    <w:rPr>
                      <w:rFonts w:ascii="Arial" w:hAnsi="Arial"/>
                      <w:sz w:val="16"/>
                      <w:lang w:val="pt-BR"/>
                    </w:rPr>
                    <w:t>Área verde</w:t>
                  </w:r>
                </w:p>
              </w:tc>
            </w:tr>
            <w:tr w:rsidR="0087252E" w:rsidRPr="00F92104" w14:paraId="004E43D9" w14:textId="77777777" w:rsidTr="009A49E8">
              <w:trPr>
                <w:jc w:val="center"/>
              </w:trPr>
              <w:tc>
                <w:tcPr>
                  <w:tcW w:w="2160" w:type="dxa"/>
                  <w:tcBorders>
                    <w:top w:val="nil"/>
                    <w:left w:val="nil"/>
                    <w:bottom w:val="nil"/>
                    <w:right w:val="nil"/>
                  </w:tcBorders>
                  <w:vAlign w:val="center"/>
                </w:tcPr>
                <w:p w14:paraId="781CF14A" w14:textId="77777777" w:rsidR="0087252E" w:rsidRPr="00F92104" w:rsidRDefault="0087252E" w:rsidP="009A49E8">
                  <w:pPr>
                    <w:jc w:val="center"/>
                    <w:rPr>
                      <w:lang w:val="pt-BR"/>
                    </w:rPr>
                  </w:pPr>
                  <w:r w:rsidRPr="00F92104">
                    <w:rPr>
                      <w:rFonts w:ascii="Arial" w:hAnsi="Arial"/>
                      <w:b/>
                      <w:sz w:val="18"/>
                      <w:lang w:val="pt-BR"/>
                    </w:rPr>
                    <w:t>▤</w:t>
                  </w:r>
                </w:p>
              </w:tc>
              <w:tc>
                <w:tcPr>
                  <w:tcW w:w="2160" w:type="dxa"/>
                  <w:tcBorders>
                    <w:top w:val="nil"/>
                    <w:left w:val="nil"/>
                    <w:bottom w:val="nil"/>
                    <w:right w:val="nil"/>
                  </w:tcBorders>
                  <w:vAlign w:val="center"/>
                </w:tcPr>
                <w:p w14:paraId="09619999" w14:textId="77777777" w:rsidR="0087252E" w:rsidRPr="00F92104" w:rsidRDefault="0087252E" w:rsidP="0087252E">
                  <w:pPr>
                    <w:ind w:firstLine="0"/>
                    <w:rPr>
                      <w:lang w:val="pt-BR"/>
                    </w:rPr>
                  </w:pPr>
                  <w:r w:rsidRPr="00F92104">
                    <w:rPr>
                      <w:rFonts w:ascii="Arial" w:hAnsi="Arial"/>
                      <w:sz w:val="16"/>
                      <w:lang w:val="pt-BR"/>
                    </w:rPr>
                    <w:t>Deck / varanda</w:t>
                  </w:r>
                </w:p>
              </w:tc>
            </w:tr>
          </w:tbl>
          <w:p w14:paraId="558D9753" w14:textId="77777777" w:rsidR="0087252E" w:rsidRPr="00F92104" w:rsidRDefault="0087252E" w:rsidP="009A49E8">
            <w:pPr>
              <w:rPr>
                <w:lang w:val="pt-BR"/>
              </w:rPr>
            </w:pPr>
          </w:p>
          <w:p w14:paraId="33F32D89" w14:textId="4E626CB7" w:rsidR="0087252E" w:rsidRPr="00F92104" w:rsidRDefault="0087252E" w:rsidP="004663EC">
            <w:pPr>
              <w:spacing w:before="80"/>
              <w:ind w:firstLine="0"/>
              <w:rPr>
                <w:rFonts w:ascii="Calibri" w:hAnsi="Calibri" w:cs="Calibri"/>
                <w:lang w:val="pt-BR"/>
              </w:rPr>
            </w:pPr>
            <w:r w:rsidRPr="00F92104">
              <w:rPr>
                <w:rFonts w:ascii="Calibri" w:hAnsi="Calibri" w:cs="Calibri"/>
                <w:b/>
                <w:sz w:val="16"/>
                <w:lang w:val="pt-BR"/>
              </w:rPr>
              <w:t>ESCALA GRÁFICA (exemplo)</w:t>
            </w:r>
          </w:p>
          <w:tbl>
            <w:tblPr>
              <w:tblW w:w="0" w:type="auto"/>
              <w:tblLayout w:type="fixed"/>
              <w:tblLook w:val="04A0" w:firstRow="1" w:lastRow="0" w:firstColumn="1" w:lastColumn="0" w:noHBand="0" w:noVBand="1"/>
            </w:tblPr>
            <w:tblGrid>
              <w:gridCol w:w="968"/>
              <w:gridCol w:w="1134"/>
              <w:gridCol w:w="992"/>
            </w:tblGrid>
            <w:tr w:rsidR="0087252E" w:rsidRPr="00F92104" w14:paraId="3953C310" w14:textId="77777777" w:rsidTr="004663EC">
              <w:tc>
                <w:tcPr>
                  <w:tcW w:w="968" w:type="dxa"/>
                  <w:tcBorders>
                    <w:top w:val="single" w:sz="14" w:space="0" w:color="000000"/>
                    <w:left w:val="single" w:sz="14" w:space="0" w:color="000000"/>
                    <w:bottom w:val="single" w:sz="14" w:space="0" w:color="000000"/>
                    <w:right w:val="single" w:sz="14" w:space="0" w:color="000000"/>
                  </w:tcBorders>
                  <w:shd w:val="clear" w:color="auto" w:fill="222222"/>
                  <w:vAlign w:val="center"/>
                </w:tcPr>
                <w:p w14:paraId="1326B597" w14:textId="77777777" w:rsidR="0087252E" w:rsidRPr="00F92104" w:rsidRDefault="0087252E" w:rsidP="009A49E8">
                  <w:pPr>
                    <w:jc w:val="center"/>
                    <w:rPr>
                      <w:lang w:val="pt-BR"/>
                    </w:rPr>
                  </w:pPr>
                  <w:r w:rsidRPr="00F92104">
                    <w:rPr>
                      <w:rFonts w:ascii="Arial" w:hAnsi="Arial"/>
                      <w:sz w:val="16"/>
                      <w:lang w:val="pt-BR"/>
                    </w:rPr>
                    <w:t xml:space="preserve"> </w:t>
                  </w:r>
                </w:p>
              </w:tc>
              <w:tc>
                <w:tcPr>
                  <w:tcW w:w="1134" w:type="dxa"/>
                  <w:tcBorders>
                    <w:top w:val="single" w:sz="14" w:space="0" w:color="000000"/>
                    <w:left w:val="single" w:sz="14" w:space="0" w:color="000000"/>
                    <w:bottom w:val="single" w:sz="14" w:space="0" w:color="000000"/>
                    <w:right w:val="single" w:sz="14" w:space="0" w:color="000000"/>
                  </w:tcBorders>
                  <w:shd w:val="clear" w:color="auto" w:fill="FFFFFF"/>
                  <w:vAlign w:val="center"/>
                </w:tcPr>
                <w:p w14:paraId="4F112D02" w14:textId="77777777" w:rsidR="0087252E" w:rsidRPr="00F92104" w:rsidRDefault="0087252E" w:rsidP="009A49E8">
                  <w:pPr>
                    <w:jc w:val="center"/>
                    <w:rPr>
                      <w:lang w:val="pt-BR"/>
                    </w:rPr>
                  </w:pPr>
                  <w:r w:rsidRPr="00F92104">
                    <w:rPr>
                      <w:rFonts w:ascii="Arial" w:hAnsi="Arial"/>
                      <w:sz w:val="16"/>
                      <w:lang w:val="pt-BR"/>
                    </w:rPr>
                    <w:t xml:space="preserve"> </w:t>
                  </w:r>
                </w:p>
              </w:tc>
              <w:tc>
                <w:tcPr>
                  <w:tcW w:w="992" w:type="dxa"/>
                  <w:tcBorders>
                    <w:top w:val="single" w:sz="14" w:space="0" w:color="000000"/>
                    <w:left w:val="single" w:sz="14" w:space="0" w:color="000000"/>
                    <w:bottom w:val="single" w:sz="14" w:space="0" w:color="000000"/>
                    <w:right w:val="single" w:sz="14" w:space="0" w:color="000000"/>
                  </w:tcBorders>
                  <w:shd w:val="clear" w:color="auto" w:fill="222222"/>
                  <w:vAlign w:val="center"/>
                </w:tcPr>
                <w:p w14:paraId="60F886AF" w14:textId="77777777" w:rsidR="0087252E" w:rsidRPr="00F92104" w:rsidRDefault="0087252E" w:rsidP="009A49E8">
                  <w:pPr>
                    <w:jc w:val="center"/>
                    <w:rPr>
                      <w:lang w:val="pt-BR"/>
                    </w:rPr>
                  </w:pPr>
                  <w:r w:rsidRPr="00F92104">
                    <w:rPr>
                      <w:rFonts w:ascii="Arial" w:hAnsi="Arial"/>
                      <w:sz w:val="16"/>
                      <w:lang w:val="pt-BR"/>
                    </w:rPr>
                    <w:t xml:space="preserve"> </w:t>
                  </w:r>
                </w:p>
              </w:tc>
            </w:tr>
            <w:tr w:rsidR="004663EC" w:rsidRPr="00F92104" w14:paraId="04995E5C" w14:textId="77777777" w:rsidTr="004663EC">
              <w:tc>
                <w:tcPr>
                  <w:tcW w:w="968" w:type="dxa"/>
                  <w:vAlign w:val="center"/>
                </w:tcPr>
                <w:p w14:paraId="5D6F0E55" w14:textId="3793F4F7" w:rsidR="004663EC" w:rsidRPr="00F92104" w:rsidRDefault="004663EC" w:rsidP="004663EC">
                  <w:pPr>
                    <w:ind w:firstLine="0"/>
                    <w:jc w:val="center"/>
                    <w:rPr>
                      <w:rFonts w:ascii="Calibri" w:hAnsi="Calibri" w:cs="Calibri"/>
                      <w:lang w:val="pt-BR"/>
                    </w:rPr>
                  </w:pPr>
                  <w:r w:rsidRPr="00F92104">
                    <w:rPr>
                      <w:rFonts w:ascii="Calibri" w:hAnsi="Calibri" w:cs="Calibri"/>
                      <w:sz w:val="16"/>
                      <w:lang w:val="pt-BR"/>
                    </w:rPr>
                    <w:t>0</w:t>
                  </w:r>
                </w:p>
              </w:tc>
              <w:tc>
                <w:tcPr>
                  <w:tcW w:w="1134" w:type="dxa"/>
                  <w:vAlign w:val="center"/>
                </w:tcPr>
                <w:p w14:paraId="0885C4B3" w14:textId="4CA497FD" w:rsidR="004663EC" w:rsidRPr="00F92104" w:rsidRDefault="004663EC" w:rsidP="004663EC">
                  <w:pPr>
                    <w:ind w:firstLine="0"/>
                    <w:jc w:val="center"/>
                    <w:rPr>
                      <w:rFonts w:ascii="Calibri" w:hAnsi="Calibri" w:cs="Calibri"/>
                      <w:lang w:val="pt-BR"/>
                    </w:rPr>
                  </w:pPr>
                  <w:r w:rsidRPr="00F92104">
                    <w:rPr>
                      <w:rFonts w:ascii="Calibri" w:hAnsi="Calibri" w:cs="Calibri"/>
                      <w:sz w:val="16"/>
                      <w:lang w:val="pt-BR"/>
                    </w:rPr>
                    <w:t>1</w:t>
                  </w:r>
                </w:p>
              </w:tc>
              <w:tc>
                <w:tcPr>
                  <w:tcW w:w="992" w:type="dxa"/>
                  <w:vAlign w:val="center"/>
                </w:tcPr>
                <w:p w14:paraId="0ED7B722" w14:textId="5E78C679" w:rsidR="004663EC" w:rsidRPr="00F92104" w:rsidRDefault="004663EC" w:rsidP="004663EC">
                  <w:pPr>
                    <w:ind w:firstLine="0"/>
                    <w:jc w:val="center"/>
                    <w:rPr>
                      <w:rFonts w:ascii="Calibri" w:hAnsi="Calibri" w:cs="Calibri"/>
                      <w:lang w:val="pt-BR"/>
                    </w:rPr>
                  </w:pPr>
                  <w:r w:rsidRPr="00F92104">
                    <w:rPr>
                      <w:rFonts w:ascii="Calibri" w:hAnsi="Calibri" w:cs="Calibri"/>
                      <w:sz w:val="16"/>
                      <w:lang w:val="pt-BR"/>
                    </w:rPr>
                    <w:t>2 m</w:t>
                  </w:r>
                </w:p>
              </w:tc>
            </w:tr>
          </w:tbl>
          <w:p w14:paraId="0AC59C15" w14:textId="77777777" w:rsidR="0087252E" w:rsidRPr="00F92104" w:rsidRDefault="0087252E" w:rsidP="009A49E8">
            <w:pPr>
              <w:rPr>
                <w:lang w:val="pt-BR"/>
              </w:rPr>
            </w:pPr>
          </w:p>
        </w:tc>
      </w:tr>
    </w:tbl>
    <w:p w14:paraId="233CBBF8" w14:textId="5C2F4E40" w:rsidR="005D04F4" w:rsidRDefault="005D04F4" w:rsidP="0087252E">
      <w:pPr>
        <w:pStyle w:val="Legenda1"/>
      </w:pPr>
    </w:p>
    <w:p w14:paraId="22CC0163" w14:textId="57B6476E" w:rsidR="00065248" w:rsidRDefault="00E62858" w:rsidP="00B30437">
      <w:pPr>
        <w:pStyle w:val="Fonte"/>
        <w:spacing w:after="120"/>
        <w:ind w:left="142"/>
        <w:rPr>
          <w:rFonts w:ascii="Calibri" w:hAnsi="Calibri" w:cs="Calibri"/>
          <w:lang w:val="pt-BR"/>
        </w:rPr>
      </w:pPr>
      <w:r w:rsidRPr="00065248">
        <w:rPr>
          <w:rFonts w:ascii="Calibri" w:hAnsi="Calibri" w:cs="Calibri"/>
          <w:lang w:val="pt-BR"/>
        </w:rPr>
        <w:t xml:space="preserve">Fonte: </w:t>
      </w:r>
      <w:r w:rsidR="008F2862" w:rsidRPr="00065248">
        <w:rPr>
          <w:rFonts w:ascii="Calibri" w:hAnsi="Calibri" w:cs="Calibri"/>
          <w:szCs w:val="20"/>
          <w:lang w:val="pt-BR"/>
        </w:rPr>
        <w:t>elabora</w:t>
      </w:r>
      <w:r w:rsidR="008F2862">
        <w:rPr>
          <w:rFonts w:ascii="Calibri" w:hAnsi="Calibri" w:cs="Calibri"/>
          <w:szCs w:val="20"/>
          <w:lang w:val="pt-BR"/>
        </w:rPr>
        <w:t>d</w:t>
      </w:r>
      <w:r w:rsidR="008F2862" w:rsidRPr="00065248">
        <w:rPr>
          <w:rFonts w:ascii="Calibri" w:hAnsi="Calibri" w:cs="Calibri"/>
          <w:szCs w:val="20"/>
          <w:lang w:val="pt-BR"/>
        </w:rPr>
        <w:t xml:space="preserve">o </w:t>
      </w:r>
      <w:r w:rsidR="008F2862">
        <w:rPr>
          <w:rFonts w:ascii="Calibri" w:hAnsi="Calibri" w:cs="Calibri"/>
          <w:szCs w:val="20"/>
          <w:lang w:val="pt-BR"/>
        </w:rPr>
        <w:t>pel</w:t>
      </w:r>
      <w:r w:rsidR="008F2862" w:rsidRPr="00065248">
        <w:rPr>
          <w:rFonts w:ascii="Calibri" w:hAnsi="Calibri" w:cs="Calibri"/>
          <w:szCs w:val="20"/>
          <w:lang w:val="pt-BR"/>
        </w:rPr>
        <w:t>os</w:t>
      </w:r>
      <w:r w:rsidR="008F2862">
        <w:rPr>
          <w:rFonts w:ascii="Calibri" w:hAnsi="Calibri" w:cs="Calibri"/>
          <w:szCs w:val="20"/>
          <w:lang w:val="pt-BR"/>
        </w:rPr>
        <w:t xml:space="preserve"> </w:t>
      </w:r>
      <w:r w:rsidRPr="00065248">
        <w:rPr>
          <w:rFonts w:ascii="Calibri" w:hAnsi="Calibri" w:cs="Calibri"/>
          <w:lang w:val="pt-BR"/>
        </w:rPr>
        <w:t>autores com base em [fonte dos dados] (ano).</w:t>
      </w:r>
    </w:p>
    <w:p w14:paraId="0BF3C857" w14:textId="77777777" w:rsidR="00B30437" w:rsidRDefault="00B30437" w:rsidP="00B30437">
      <w:pPr>
        <w:pStyle w:val="Fonte"/>
        <w:spacing w:line="360" w:lineRule="auto"/>
        <w:ind w:left="142"/>
        <w:rPr>
          <w:rFonts w:ascii="Calibri" w:hAnsi="Calibri" w:cs="Calibri"/>
          <w:lang w:val="pt-BR"/>
        </w:rPr>
      </w:pPr>
    </w:p>
    <w:p w14:paraId="4C04DF10" w14:textId="642B1680" w:rsidR="00D4336A" w:rsidRPr="00B30437" w:rsidRDefault="00B30437" w:rsidP="00B30437">
      <w:pPr>
        <w:spacing w:line="360" w:lineRule="auto"/>
        <w:rPr>
          <w:rFonts w:ascii="Calibri" w:hAnsi="Calibri" w:cs="Calibri"/>
          <w:lang w:val="pt-BR"/>
        </w:rPr>
      </w:pPr>
      <w:r w:rsidRPr="00B30437">
        <w:rPr>
          <w:rFonts w:ascii="Calibri" w:hAnsi="Calibri" w:cs="Calibri"/>
          <w:lang w:val="pt-BR"/>
        </w:rPr>
        <w:t>Apresente legenda clara e fonte. Em mapas, inclua escala, norte, legenda, fonte dos dados, data e sistema de referência quando aplicáveis.</w:t>
      </w:r>
      <w:r>
        <w:rPr>
          <w:rFonts w:ascii="Calibri" w:hAnsi="Calibri" w:cs="Calibri"/>
          <w:lang w:val="pt-BR"/>
        </w:rPr>
        <w:t xml:space="preserve"> </w:t>
      </w:r>
      <w:r w:rsidRPr="00B30437">
        <w:rPr>
          <w:rFonts w:ascii="Calibri" w:hAnsi="Calibri" w:cs="Calibri"/>
          <w:lang w:val="pt-BR"/>
        </w:rPr>
        <w:t>Em plantas, cortes e fachadas, mantenha legíveis as cotas, escalas, símbolos e anotações; não distorça as proporções.</w:t>
      </w:r>
    </w:p>
    <w:p w14:paraId="5B48EF1E" w14:textId="37941B36" w:rsidR="005D04F4" w:rsidRPr="00065248" w:rsidRDefault="00EE1AA5" w:rsidP="00623467">
      <w:pPr>
        <w:pStyle w:val="Ttulo1"/>
        <w:spacing w:before="240" w:after="120" w:line="360" w:lineRule="auto"/>
        <w:rPr>
          <w:color w:val="auto"/>
          <w:lang w:val="pt-BR"/>
        </w:rPr>
      </w:pPr>
      <w:r w:rsidRPr="00065248">
        <w:rPr>
          <w:color w:val="auto"/>
          <w:lang w:val="pt-BR"/>
        </w:rPr>
        <w:t xml:space="preserve">5 </w:t>
      </w:r>
      <w:r w:rsidR="007F1D32" w:rsidRPr="00065248">
        <w:rPr>
          <w:color w:val="auto"/>
          <w:lang w:val="pt-BR"/>
        </w:rPr>
        <w:t>Considerações Finais</w:t>
      </w:r>
    </w:p>
    <w:p w14:paraId="2E4F6B74" w14:textId="0ADBFE9F" w:rsidR="00065E77" w:rsidRPr="00065E77" w:rsidRDefault="00111EA6" w:rsidP="00446BE8">
      <w:pPr>
        <w:spacing w:line="360" w:lineRule="auto"/>
        <w:rPr>
          <w:rFonts w:ascii="Calibri" w:hAnsi="Calibri" w:cs="Calibri"/>
          <w:lang w:val="pt-BR"/>
        </w:rPr>
      </w:pPr>
      <w:r w:rsidRPr="00065E77">
        <w:rPr>
          <w:rFonts w:ascii="Calibri" w:hAnsi="Calibri" w:cs="Calibri"/>
          <w:lang w:val="pt-BR"/>
        </w:rPr>
        <w:t xml:space="preserve">Considera-se imprescindível um item </w:t>
      </w:r>
      <w:r w:rsidR="00DD3572" w:rsidRPr="00065E77">
        <w:rPr>
          <w:rFonts w:ascii="Calibri" w:hAnsi="Calibri" w:cs="Calibri"/>
          <w:lang w:val="pt-BR"/>
        </w:rPr>
        <w:t xml:space="preserve">que </w:t>
      </w:r>
      <w:r w:rsidRPr="00065E77">
        <w:rPr>
          <w:rFonts w:ascii="Calibri" w:hAnsi="Calibri" w:cs="Calibri"/>
          <w:lang w:val="pt-BR"/>
        </w:rPr>
        <w:t>conten</w:t>
      </w:r>
      <w:r w:rsidR="00DD3572" w:rsidRPr="00065E77">
        <w:rPr>
          <w:rFonts w:ascii="Calibri" w:hAnsi="Calibri" w:cs="Calibri"/>
          <w:lang w:val="pt-BR"/>
        </w:rPr>
        <w:t>ha</w:t>
      </w:r>
      <w:r w:rsidRPr="00065E77">
        <w:rPr>
          <w:rFonts w:ascii="Calibri" w:hAnsi="Calibri" w:cs="Calibri"/>
          <w:lang w:val="pt-BR"/>
        </w:rPr>
        <w:t xml:space="preserve"> comentários conclusivos,</w:t>
      </w:r>
      <w:r w:rsidR="00065E77" w:rsidRPr="00065E77">
        <w:rPr>
          <w:rFonts w:ascii="Calibri" w:hAnsi="Calibri" w:cs="Calibri"/>
          <w:lang w:val="pt-BR"/>
        </w:rPr>
        <w:t xml:space="preserve"> de maneira que sintetize as principais conclusões do trabalho, retomando diretamente os objetivos </w:t>
      </w:r>
      <w:bookmarkStart w:id="2" w:name="_Hlk243035042"/>
      <w:r w:rsidR="00065E77" w:rsidRPr="00065E77">
        <w:rPr>
          <w:rFonts w:ascii="Calibri" w:hAnsi="Calibri" w:cs="Calibri"/>
          <w:lang w:val="pt-BR"/>
        </w:rPr>
        <w:t>propostos na Introdução.</w:t>
      </w:r>
      <w:bookmarkEnd w:id="2"/>
      <w:r w:rsidRPr="00065E77">
        <w:rPr>
          <w:rFonts w:ascii="Calibri" w:hAnsi="Calibri" w:cs="Calibri"/>
          <w:lang w:val="pt-BR"/>
        </w:rPr>
        <w:t xml:space="preserve"> </w:t>
      </w:r>
      <w:r w:rsidR="00065E77">
        <w:rPr>
          <w:rFonts w:ascii="Calibri" w:hAnsi="Calibri" w:cs="Calibri"/>
          <w:lang w:val="pt-BR"/>
        </w:rPr>
        <w:t>D</w:t>
      </w:r>
      <w:r w:rsidRPr="00065E77">
        <w:rPr>
          <w:rFonts w:ascii="Calibri" w:hAnsi="Calibri" w:cs="Calibri"/>
          <w:lang w:val="pt-BR"/>
        </w:rPr>
        <w:t>esta</w:t>
      </w:r>
      <w:r w:rsidR="00065E77">
        <w:rPr>
          <w:rFonts w:ascii="Calibri" w:hAnsi="Calibri" w:cs="Calibri"/>
          <w:lang w:val="pt-BR"/>
        </w:rPr>
        <w:t xml:space="preserve">que </w:t>
      </w:r>
      <w:r w:rsidRPr="00065E77">
        <w:rPr>
          <w:rFonts w:ascii="Calibri" w:hAnsi="Calibri" w:cs="Calibri"/>
          <w:lang w:val="pt-BR"/>
        </w:rPr>
        <w:t xml:space="preserve">os principais produtos da pesquisa e </w:t>
      </w:r>
      <w:r w:rsidR="00065E77">
        <w:rPr>
          <w:rFonts w:ascii="Calibri" w:hAnsi="Calibri" w:cs="Calibri"/>
          <w:lang w:val="pt-BR"/>
        </w:rPr>
        <w:t xml:space="preserve">as </w:t>
      </w:r>
      <w:r w:rsidRPr="00065E77">
        <w:rPr>
          <w:rFonts w:ascii="Calibri" w:hAnsi="Calibri" w:cs="Calibri"/>
          <w:lang w:val="pt-BR"/>
        </w:rPr>
        <w:t xml:space="preserve">suas contribuições </w:t>
      </w:r>
      <w:r w:rsidR="00065E77" w:rsidRPr="00065E77">
        <w:rPr>
          <w:rFonts w:ascii="Calibri" w:hAnsi="Calibri" w:cs="Calibri"/>
          <w:lang w:val="pt-BR"/>
        </w:rPr>
        <w:t xml:space="preserve">mais relevantes </w:t>
      </w:r>
      <w:r w:rsidRPr="00065E77">
        <w:rPr>
          <w:rFonts w:ascii="Calibri" w:hAnsi="Calibri" w:cs="Calibri"/>
          <w:lang w:val="pt-BR"/>
        </w:rPr>
        <w:t>para o conhecimento existente.</w:t>
      </w:r>
      <w:r w:rsidR="00065E77" w:rsidRPr="00065E77">
        <w:rPr>
          <w:rFonts w:ascii="Calibri" w:hAnsi="Calibri" w:cs="Calibri"/>
          <w:lang w:val="pt-BR"/>
        </w:rPr>
        <w:t xml:space="preserve"> </w:t>
      </w:r>
    </w:p>
    <w:p w14:paraId="37A9D6DB" w14:textId="6E9D566F" w:rsidR="00065E77" w:rsidRPr="00065E77" w:rsidRDefault="00065E77" w:rsidP="00446BE8">
      <w:pPr>
        <w:spacing w:line="360" w:lineRule="auto"/>
        <w:rPr>
          <w:rFonts w:ascii="Calibri" w:hAnsi="Calibri" w:cs="Calibri"/>
          <w:lang w:val="pt-BR"/>
        </w:rPr>
      </w:pPr>
      <w:r w:rsidRPr="00065E77">
        <w:rPr>
          <w:rFonts w:ascii="Calibri" w:hAnsi="Calibri" w:cs="Calibri"/>
          <w:lang w:val="pt-BR"/>
        </w:rPr>
        <w:t xml:space="preserve">Aponte o impacto prático, social, ambiental ou acadêmico dos resultados encontrados. </w:t>
      </w:r>
      <w:r>
        <w:rPr>
          <w:rFonts w:ascii="Calibri" w:hAnsi="Calibri" w:cs="Calibri"/>
          <w:lang w:val="pt-BR"/>
        </w:rPr>
        <w:t>A</w:t>
      </w:r>
      <w:r w:rsidR="00DD3572" w:rsidRPr="00065E77">
        <w:rPr>
          <w:rFonts w:ascii="Calibri" w:hAnsi="Calibri" w:cs="Calibri"/>
          <w:lang w:val="pt-BR"/>
        </w:rPr>
        <w:t>presente</w:t>
      </w:r>
      <w:r>
        <w:rPr>
          <w:rFonts w:ascii="Calibri" w:hAnsi="Calibri" w:cs="Calibri"/>
          <w:lang w:val="pt-BR"/>
        </w:rPr>
        <w:t>,</w:t>
      </w:r>
      <w:r w:rsidR="00DD3572" w:rsidRPr="00065E77">
        <w:rPr>
          <w:rFonts w:ascii="Calibri" w:hAnsi="Calibri" w:cs="Calibri"/>
          <w:lang w:val="pt-BR"/>
        </w:rPr>
        <w:t xml:space="preserve"> de forma transparente</w:t>
      </w:r>
      <w:r>
        <w:rPr>
          <w:rFonts w:ascii="Calibri" w:hAnsi="Calibri" w:cs="Calibri"/>
          <w:lang w:val="pt-BR"/>
        </w:rPr>
        <w:t>,</w:t>
      </w:r>
      <w:r w:rsidR="00DD3572" w:rsidRPr="00065E77">
        <w:rPr>
          <w:rFonts w:ascii="Calibri" w:hAnsi="Calibri" w:cs="Calibri"/>
          <w:lang w:val="pt-BR"/>
        </w:rPr>
        <w:t xml:space="preserve"> as limitações do estudo (ex.: escala </w:t>
      </w:r>
      <w:r w:rsidR="00DD3572" w:rsidRPr="00065E77">
        <w:rPr>
          <w:rFonts w:ascii="Calibri" w:hAnsi="Calibri" w:cs="Calibri"/>
          <w:lang w:val="pt-BR"/>
        </w:rPr>
        <w:lastRenderedPageBreak/>
        <w:t>temporal, restrição de dados) e sugira possíveis desdobramentos ou novas diretrizes para investigações futuras na área.</w:t>
      </w:r>
    </w:p>
    <w:p w14:paraId="2FBDCEE9" w14:textId="2B2B9789" w:rsidR="005D04F4" w:rsidRPr="004320A6" w:rsidRDefault="007F1D32" w:rsidP="00B30437">
      <w:pPr>
        <w:pStyle w:val="Ttulo1"/>
        <w:spacing w:before="240" w:after="120"/>
        <w:rPr>
          <w:color w:val="auto"/>
          <w:lang w:val="pt-BR"/>
        </w:rPr>
      </w:pPr>
      <w:r w:rsidRPr="004320A6">
        <w:rPr>
          <w:color w:val="auto"/>
          <w:lang w:val="pt-BR"/>
        </w:rPr>
        <w:t>Referências</w:t>
      </w:r>
    </w:p>
    <w:p w14:paraId="4652741D" w14:textId="0147263D" w:rsidR="00970811" w:rsidRPr="00970811" w:rsidRDefault="005D489D" w:rsidP="00970811">
      <w:pPr>
        <w:spacing w:before="240" w:after="120"/>
        <w:ind w:firstLine="0"/>
        <w:jc w:val="left"/>
        <w:rPr>
          <w:rFonts w:ascii="Calibri" w:hAnsi="Calibri" w:cs="Calibri"/>
          <w:lang w:val="pt-BR"/>
        </w:rPr>
      </w:pPr>
      <w:r w:rsidRPr="00970811">
        <w:rPr>
          <w:rFonts w:ascii="Calibri" w:hAnsi="Calibri" w:cs="Calibri"/>
          <w:lang w:val="pt-BR"/>
        </w:rPr>
        <w:t xml:space="preserve">A lista de referências deve conter exclusivamente os documentos citados ao longo do </w:t>
      </w:r>
      <w:r w:rsidR="00F075B0">
        <w:rPr>
          <w:rFonts w:ascii="Calibri" w:hAnsi="Calibri" w:cs="Calibri"/>
          <w:lang w:val="pt-BR"/>
        </w:rPr>
        <w:t>manuscrit</w:t>
      </w:r>
      <w:r w:rsidRPr="00970811">
        <w:rPr>
          <w:rFonts w:ascii="Calibri" w:hAnsi="Calibri" w:cs="Calibri"/>
          <w:lang w:val="pt-BR"/>
        </w:rPr>
        <w:t>o</w:t>
      </w:r>
      <w:r w:rsidR="00E62858" w:rsidRPr="00970811">
        <w:rPr>
          <w:rFonts w:ascii="Calibri" w:hAnsi="Calibri" w:cs="Calibri"/>
          <w:lang w:val="pt-BR"/>
        </w:rPr>
        <w:t>, em ordem alfabética e conforme</w:t>
      </w:r>
      <w:r w:rsidR="00970811" w:rsidRPr="00970811">
        <w:rPr>
          <w:rFonts w:ascii="Calibri" w:hAnsi="Calibri" w:cs="Calibri"/>
          <w:lang w:val="pt-BR"/>
        </w:rPr>
        <w:t xml:space="preserve"> a </w:t>
      </w:r>
      <w:r w:rsidR="00970811" w:rsidRPr="00970811">
        <w:rPr>
          <w:rFonts w:ascii="Calibri" w:hAnsi="Calibri" w:cs="Calibri"/>
          <w:b/>
          <w:bCs/>
          <w:lang w:val="pt-BR"/>
        </w:rPr>
        <w:t xml:space="preserve">ABNT NBR 6023:2025 </w:t>
      </w:r>
      <w:r w:rsidR="00970811" w:rsidRPr="00970811">
        <w:rPr>
          <w:rFonts w:ascii="Calibri" w:hAnsi="Calibri" w:cs="Calibri"/>
          <w:lang w:val="pt-BR"/>
        </w:rPr>
        <w:t>(disponível em:</w:t>
      </w:r>
      <w:r w:rsidR="00970811" w:rsidRPr="00970811">
        <w:rPr>
          <w:rFonts w:ascii="Calibri" w:hAnsi="Calibri" w:cs="Calibri"/>
          <w:b/>
          <w:bCs/>
          <w:lang w:val="pt-BR"/>
        </w:rPr>
        <w:t xml:space="preserve"> </w:t>
      </w:r>
      <w:hyperlink r:id="rId19" w:history="1">
        <w:r w:rsidR="00970811" w:rsidRPr="00970811">
          <w:rPr>
            <w:rStyle w:val="Hyperlink"/>
            <w:rFonts w:ascii="Calibri" w:hAnsi="Calibri" w:cs="Calibri"/>
            <w:lang w:val="pt-BR"/>
          </w:rPr>
          <w:t>https://bkpsitecpsnew.blob.core.windows.net/uploadsitecps/sites/149/2025/05/Referencias-NBR-6023-2025.pdf</w:t>
        </w:r>
      </w:hyperlink>
      <w:r w:rsidR="00970811" w:rsidRPr="00970811">
        <w:rPr>
          <w:rFonts w:ascii="Calibri" w:hAnsi="Calibri" w:cs="Calibri"/>
          <w:lang w:val="pt-BR"/>
        </w:rPr>
        <w:t xml:space="preserve"> ). Formatação das Referências: Fonte Calibri; tamanho 12; espaçamento entre linhas simples, espaçamento entre parágrafos 12pt antes e 6pt depois; alinhada à esquerda, sem parágrafos ou recuos. Recomenda-se que as referências sejam atuais, relevantes e, preferencialmente, incluam o DOI ou o endereço eletrônico, quando disponível. A seguir, há exemplos de como as referências são elaboradas, conforme a ABNT NBR 6023:2025:</w:t>
      </w:r>
    </w:p>
    <w:p w14:paraId="009A9EAA" w14:textId="77777777" w:rsidR="009461BD" w:rsidRPr="009461BD" w:rsidRDefault="009461BD" w:rsidP="009461BD">
      <w:pPr>
        <w:spacing w:before="240" w:after="120"/>
        <w:ind w:firstLine="0"/>
        <w:jc w:val="left"/>
        <w:rPr>
          <w:rFonts w:ascii="Calibri" w:hAnsi="Calibri" w:cs="Calibri"/>
          <w:b/>
          <w:bCs/>
          <w:lang w:val="pt-BR"/>
        </w:rPr>
      </w:pPr>
      <w:r w:rsidRPr="009461BD">
        <w:rPr>
          <w:rFonts w:ascii="Calibri" w:hAnsi="Calibri" w:cs="Calibri"/>
          <w:b/>
          <w:bCs/>
          <w:lang w:val="pt-BR"/>
        </w:rPr>
        <w:t>1. Livro</w:t>
      </w:r>
    </w:p>
    <w:p w14:paraId="46C586B8"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CHING, Francis D. K. </w:t>
      </w:r>
      <w:r w:rsidRPr="009461BD">
        <w:rPr>
          <w:rFonts w:ascii="Calibri" w:hAnsi="Calibri" w:cs="Calibri"/>
          <w:b/>
          <w:bCs/>
          <w:lang w:val="pt-BR"/>
        </w:rPr>
        <w:t xml:space="preserve">Arquitetura: </w:t>
      </w:r>
      <w:r w:rsidRPr="009461BD">
        <w:rPr>
          <w:rFonts w:ascii="Calibri" w:hAnsi="Calibri" w:cs="Calibri"/>
          <w:lang w:val="pt-BR"/>
        </w:rPr>
        <w:t>forma, espaço e ordem. 3. ed. Porto Alegre: Bookman, 2013.</w:t>
      </w:r>
    </w:p>
    <w:p w14:paraId="22CE2C12"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GEHL, </w:t>
      </w:r>
      <w:proofErr w:type="gramStart"/>
      <w:r w:rsidRPr="009461BD">
        <w:rPr>
          <w:rFonts w:ascii="Calibri" w:hAnsi="Calibri" w:cs="Calibri"/>
          <w:lang w:val="pt-BR"/>
        </w:rPr>
        <w:t>Jan.</w:t>
      </w:r>
      <w:proofErr w:type="gramEnd"/>
      <w:r w:rsidRPr="009461BD">
        <w:rPr>
          <w:rFonts w:ascii="Calibri" w:hAnsi="Calibri" w:cs="Calibri"/>
          <w:lang w:val="pt-BR"/>
        </w:rPr>
        <w:t xml:space="preserve"> </w:t>
      </w:r>
      <w:r w:rsidRPr="009461BD">
        <w:rPr>
          <w:rFonts w:ascii="Calibri" w:hAnsi="Calibri" w:cs="Calibri"/>
          <w:b/>
          <w:bCs/>
          <w:lang w:val="pt-BR"/>
        </w:rPr>
        <w:t>Cidades para pessoas.</w:t>
      </w:r>
      <w:r w:rsidRPr="009461BD">
        <w:rPr>
          <w:rFonts w:ascii="Calibri" w:hAnsi="Calibri" w:cs="Calibri"/>
          <w:lang w:val="pt-BR"/>
        </w:rPr>
        <w:t xml:space="preserve"> 2. ed. São Paulo: Perspectiva, 2013.</w:t>
      </w:r>
    </w:p>
    <w:p w14:paraId="5A7D6AB5"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JACOBS, Jane. </w:t>
      </w:r>
      <w:r w:rsidRPr="009461BD">
        <w:rPr>
          <w:rFonts w:ascii="Calibri" w:hAnsi="Calibri" w:cs="Calibri"/>
          <w:b/>
          <w:bCs/>
          <w:lang w:val="pt-BR"/>
        </w:rPr>
        <w:t>Morte e vida de grandes cidades.</w:t>
      </w:r>
      <w:r w:rsidRPr="009461BD">
        <w:rPr>
          <w:rFonts w:ascii="Calibri" w:hAnsi="Calibri" w:cs="Calibri"/>
          <w:lang w:val="pt-BR"/>
        </w:rPr>
        <w:t xml:space="preserve"> 3. ed. São Paulo: WMF Martins Fontes, 2011.</w:t>
      </w:r>
    </w:p>
    <w:p w14:paraId="18737620"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2. Capítulo de livro</w:t>
      </w:r>
    </w:p>
    <w:p w14:paraId="20877155"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SOBRENOME, Nome do autor do capítulo. Título do capítulo. In: SOBRENOME, Nome do autor ou organizador do livro (org.). </w:t>
      </w:r>
      <w:r w:rsidRPr="009461BD">
        <w:rPr>
          <w:rFonts w:ascii="Calibri" w:hAnsi="Calibri" w:cs="Calibri"/>
          <w:b/>
          <w:bCs/>
          <w:lang w:val="pt-BR"/>
        </w:rPr>
        <w:t>Título do livro.</w:t>
      </w:r>
      <w:r w:rsidRPr="009461BD">
        <w:rPr>
          <w:rFonts w:ascii="Calibri" w:hAnsi="Calibri" w:cs="Calibri"/>
          <w:lang w:val="pt-BR"/>
        </w:rPr>
        <w:t xml:space="preserve"> Edição. Cidade: Editora, ano. p. </w:t>
      </w:r>
      <w:proofErr w:type="spellStart"/>
      <w:r w:rsidRPr="009461BD">
        <w:rPr>
          <w:rFonts w:ascii="Calibri" w:hAnsi="Calibri" w:cs="Calibri"/>
          <w:lang w:val="pt-BR"/>
        </w:rPr>
        <w:t>xx</w:t>
      </w:r>
      <w:proofErr w:type="spellEnd"/>
      <w:r w:rsidRPr="009461BD">
        <w:rPr>
          <w:rFonts w:ascii="Calibri" w:hAnsi="Calibri" w:cs="Calibri"/>
          <w:lang w:val="pt-BR"/>
        </w:rPr>
        <w:t>–</w:t>
      </w:r>
      <w:proofErr w:type="spellStart"/>
      <w:r w:rsidRPr="009461BD">
        <w:rPr>
          <w:rFonts w:ascii="Calibri" w:hAnsi="Calibri" w:cs="Calibri"/>
          <w:lang w:val="pt-BR"/>
        </w:rPr>
        <w:t>xx</w:t>
      </w:r>
      <w:proofErr w:type="spellEnd"/>
      <w:r w:rsidRPr="009461BD">
        <w:rPr>
          <w:rFonts w:ascii="Calibri" w:hAnsi="Calibri" w:cs="Calibri"/>
          <w:lang w:val="pt-BR"/>
        </w:rPr>
        <w:t>.</w:t>
      </w:r>
    </w:p>
    <w:p w14:paraId="07139D34"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3. Artigo publicado em periódico científico</w:t>
      </w:r>
    </w:p>
    <w:p w14:paraId="168286C5" w14:textId="77777777" w:rsid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SOBRENOME, Nome do autor; SOBRENOME, Nome do segundo autor. Título do artigo. </w:t>
      </w:r>
      <w:r w:rsidRPr="009461BD">
        <w:rPr>
          <w:rFonts w:ascii="Calibri" w:hAnsi="Calibri" w:cs="Calibri"/>
          <w:b/>
          <w:bCs/>
          <w:lang w:val="pt-BR"/>
        </w:rPr>
        <w:t>Título do periódico,</w:t>
      </w:r>
      <w:r w:rsidRPr="009461BD">
        <w:rPr>
          <w:rFonts w:ascii="Calibri" w:hAnsi="Calibri" w:cs="Calibri"/>
          <w:lang w:val="pt-BR"/>
        </w:rPr>
        <w:t xml:space="preserve"> cidade, v. </w:t>
      </w:r>
      <w:proofErr w:type="spellStart"/>
      <w:r w:rsidRPr="009461BD">
        <w:rPr>
          <w:rFonts w:ascii="Calibri" w:hAnsi="Calibri" w:cs="Calibri"/>
          <w:lang w:val="pt-BR"/>
        </w:rPr>
        <w:t>xx</w:t>
      </w:r>
      <w:proofErr w:type="spellEnd"/>
      <w:r w:rsidRPr="009461BD">
        <w:rPr>
          <w:rFonts w:ascii="Calibri" w:hAnsi="Calibri" w:cs="Calibri"/>
          <w:lang w:val="pt-BR"/>
        </w:rPr>
        <w:t xml:space="preserve">, n. </w:t>
      </w:r>
      <w:proofErr w:type="spellStart"/>
      <w:r w:rsidRPr="009461BD">
        <w:rPr>
          <w:rFonts w:ascii="Calibri" w:hAnsi="Calibri" w:cs="Calibri"/>
          <w:lang w:val="pt-BR"/>
        </w:rPr>
        <w:t>xx</w:t>
      </w:r>
      <w:proofErr w:type="spellEnd"/>
      <w:r w:rsidRPr="009461BD">
        <w:rPr>
          <w:rFonts w:ascii="Calibri" w:hAnsi="Calibri" w:cs="Calibri"/>
          <w:lang w:val="pt-BR"/>
        </w:rPr>
        <w:t xml:space="preserve">, p. </w:t>
      </w:r>
      <w:proofErr w:type="spellStart"/>
      <w:r w:rsidRPr="009461BD">
        <w:rPr>
          <w:rFonts w:ascii="Calibri" w:hAnsi="Calibri" w:cs="Calibri"/>
          <w:lang w:val="pt-BR"/>
        </w:rPr>
        <w:t>xx</w:t>
      </w:r>
      <w:proofErr w:type="spellEnd"/>
      <w:r w:rsidRPr="009461BD">
        <w:rPr>
          <w:rFonts w:ascii="Calibri" w:hAnsi="Calibri" w:cs="Calibri"/>
          <w:lang w:val="pt-BR"/>
        </w:rPr>
        <w:t>–</w:t>
      </w:r>
      <w:proofErr w:type="spellStart"/>
      <w:r w:rsidRPr="009461BD">
        <w:rPr>
          <w:rFonts w:ascii="Calibri" w:hAnsi="Calibri" w:cs="Calibri"/>
          <w:lang w:val="pt-BR"/>
        </w:rPr>
        <w:t>xx</w:t>
      </w:r>
      <w:proofErr w:type="spellEnd"/>
      <w:r w:rsidRPr="009461BD">
        <w:rPr>
          <w:rFonts w:ascii="Calibri" w:hAnsi="Calibri" w:cs="Calibri"/>
          <w:lang w:val="pt-BR"/>
        </w:rPr>
        <w:t xml:space="preserve">, ano. DOI: </w:t>
      </w:r>
      <w:hyperlink r:id="rId20" w:history="1">
        <w:r w:rsidRPr="009461BD">
          <w:rPr>
            <w:rStyle w:val="Hyperlink"/>
            <w:rFonts w:ascii="Calibri" w:hAnsi="Calibri" w:cs="Calibri"/>
            <w:lang w:val="pt-BR"/>
          </w:rPr>
          <w:t>https://doi.org/xxxxx</w:t>
        </w:r>
      </w:hyperlink>
      <w:r w:rsidRPr="009461BD">
        <w:rPr>
          <w:rFonts w:ascii="Calibri" w:hAnsi="Calibri" w:cs="Calibri"/>
          <w:lang w:val="pt-BR"/>
        </w:rPr>
        <w:t>.</w:t>
      </w:r>
    </w:p>
    <w:p w14:paraId="4A4B5476" w14:textId="35C3A0F5" w:rsidR="008B2259" w:rsidRPr="009461BD" w:rsidRDefault="008B2259" w:rsidP="00F075B0">
      <w:pPr>
        <w:spacing w:before="240" w:after="120"/>
        <w:ind w:firstLine="0"/>
        <w:jc w:val="left"/>
        <w:rPr>
          <w:rFonts w:ascii="Calibri" w:hAnsi="Calibri" w:cs="Calibri"/>
          <w:lang w:val="pt-BR"/>
        </w:rPr>
      </w:pPr>
      <w:r w:rsidRPr="007760CD">
        <w:rPr>
          <w:rFonts w:ascii="Calibri" w:hAnsi="Calibri" w:cs="Calibri"/>
          <w:b/>
          <w:bCs/>
          <w:highlight w:val="yellow"/>
          <w:lang w:val="pt-BR"/>
        </w:rPr>
        <w:t>Obs.:</w:t>
      </w:r>
      <w:r w:rsidRPr="007760CD">
        <w:rPr>
          <w:rFonts w:ascii="Calibri" w:hAnsi="Calibri" w:cs="Calibri"/>
          <w:highlight w:val="yellow"/>
          <w:lang w:val="pt-BR"/>
        </w:rPr>
        <w:t xml:space="preserve"> para </w:t>
      </w:r>
      <w:r w:rsidRPr="007760CD">
        <w:rPr>
          <w:rFonts w:ascii="Calibri" w:hAnsi="Calibri" w:cs="Calibri"/>
          <w:b/>
          <w:bCs/>
          <w:highlight w:val="yellow"/>
          <w:lang w:val="pt-BR"/>
        </w:rPr>
        <w:t>artigos de periódicos que possuam DOI</w:t>
      </w:r>
      <w:r w:rsidRPr="007760CD">
        <w:rPr>
          <w:rFonts w:ascii="Calibri" w:hAnsi="Calibri" w:cs="Calibri"/>
          <w:highlight w:val="yellow"/>
          <w:lang w:val="pt-BR"/>
        </w:rPr>
        <w:t>, este deverá ser informado ao final da referência, dispensando a inclusão de "Disponível em:" e "Acesso em:". Na ausência de DOI, deverão ser informados o endereço eletrônico e a data de acesso ("Disponível em:" e "Acesso em:").</w:t>
      </w:r>
    </w:p>
    <w:p w14:paraId="2878F3DB"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4. Trabalho apresentado em evento científico</w:t>
      </w:r>
    </w:p>
    <w:p w14:paraId="432FEC8E"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SOBRENOME, Nome do autor. Título do trabalho. In: NOME DO EVENTO, número, ano, cidade. </w:t>
      </w:r>
      <w:r w:rsidRPr="009461BD">
        <w:rPr>
          <w:rFonts w:ascii="Calibri" w:hAnsi="Calibri" w:cs="Calibri"/>
          <w:b/>
          <w:bCs/>
          <w:lang w:val="pt-BR"/>
        </w:rPr>
        <w:t>Anais [...].</w:t>
      </w:r>
      <w:r w:rsidRPr="009461BD">
        <w:rPr>
          <w:rFonts w:ascii="Calibri" w:hAnsi="Calibri" w:cs="Calibri"/>
          <w:lang w:val="pt-BR"/>
        </w:rPr>
        <w:t xml:space="preserve"> Cidade: Editora ou instituição responsável, ano. p. </w:t>
      </w:r>
      <w:proofErr w:type="spellStart"/>
      <w:r w:rsidRPr="009461BD">
        <w:rPr>
          <w:rFonts w:ascii="Calibri" w:hAnsi="Calibri" w:cs="Calibri"/>
          <w:lang w:val="pt-BR"/>
        </w:rPr>
        <w:t>xx</w:t>
      </w:r>
      <w:proofErr w:type="spellEnd"/>
      <w:r w:rsidRPr="009461BD">
        <w:rPr>
          <w:rFonts w:ascii="Calibri" w:hAnsi="Calibri" w:cs="Calibri"/>
          <w:lang w:val="pt-BR"/>
        </w:rPr>
        <w:t>–</w:t>
      </w:r>
      <w:proofErr w:type="spellStart"/>
      <w:r w:rsidRPr="009461BD">
        <w:rPr>
          <w:rFonts w:ascii="Calibri" w:hAnsi="Calibri" w:cs="Calibri"/>
          <w:lang w:val="pt-BR"/>
        </w:rPr>
        <w:t>xx</w:t>
      </w:r>
      <w:proofErr w:type="spellEnd"/>
      <w:r w:rsidRPr="009461BD">
        <w:rPr>
          <w:rFonts w:ascii="Calibri" w:hAnsi="Calibri" w:cs="Calibri"/>
          <w:lang w:val="pt-BR"/>
        </w:rPr>
        <w:t>. Disponível em: URL. Acesso em: dia mês abreviado. ano.</w:t>
      </w:r>
    </w:p>
    <w:p w14:paraId="2092CED1"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5. Dissertação ou tese</w:t>
      </w:r>
    </w:p>
    <w:p w14:paraId="3B14E97D"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lastRenderedPageBreak/>
        <w:t xml:space="preserve">SOBRENOME, Nome do autor. </w:t>
      </w:r>
      <w:r w:rsidRPr="009461BD">
        <w:rPr>
          <w:rFonts w:ascii="Calibri" w:hAnsi="Calibri" w:cs="Calibri"/>
          <w:b/>
          <w:bCs/>
          <w:lang w:val="pt-BR"/>
        </w:rPr>
        <w:t>Título do trabalho:</w:t>
      </w:r>
      <w:r w:rsidRPr="009461BD">
        <w:rPr>
          <w:rFonts w:ascii="Calibri" w:hAnsi="Calibri" w:cs="Calibri"/>
          <w:lang w:val="pt-BR"/>
        </w:rPr>
        <w:t xml:space="preserve"> subtítulo, se houver. Ano. Dissertação (Mestrado em área de conhecimento) – Nome da instituição, cidade, ano.</w:t>
      </w:r>
    </w:p>
    <w:p w14:paraId="2C4E37C7"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6. Norma técnica</w:t>
      </w:r>
    </w:p>
    <w:p w14:paraId="4FBE9F30"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ASSOCIAÇÃO BRASILEIRA DE NORMAS TÉCNICAS. </w:t>
      </w:r>
      <w:r w:rsidRPr="009461BD">
        <w:rPr>
          <w:rFonts w:ascii="Calibri" w:hAnsi="Calibri" w:cs="Calibri"/>
          <w:b/>
          <w:bCs/>
          <w:lang w:val="pt-BR"/>
        </w:rPr>
        <w:t>ABNT NBR 9050:</w:t>
      </w:r>
      <w:r w:rsidRPr="009461BD">
        <w:rPr>
          <w:rFonts w:ascii="Calibri" w:hAnsi="Calibri" w:cs="Calibri"/>
          <w:lang w:val="pt-BR"/>
        </w:rPr>
        <w:t xml:space="preserve"> acessibilidade a edificações, mobiliário, espaços e equipamentos urbanos. Rio de Janeiro: ABNT, 2020.</w:t>
      </w:r>
    </w:p>
    <w:p w14:paraId="5EEDE2BB"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7. Documento institucional ou publicação governamental</w:t>
      </w:r>
    </w:p>
    <w:p w14:paraId="67200828"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INSTITUTO BRASILEIRO DE GEOGRAFIA E ESTATÍSTICA. </w:t>
      </w:r>
      <w:r w:rsidRPr="009461BD">
        <w:rPr>
          <w:rFonts w:ascii="Calibri" w:hAnsi="Calibri" w:cs="Calibri"/>
          <w:b/>
          <w:bCs/>
          <w:lang w:val="pt-BR"/>
        </w:rPr>
        <w:t>Título do relatório, estudo ou publicação.</w:t>
      </w:r>
      <w:r w:rsidRPr="009461BD">
        <w:rPr>
          <w:rFonts w:ascii="Calibri" w:hAnsi="Calibri" w:cs="Calibri"/>
          <w:lang w:val="pt-BR"/>
        </w:rPr>
        <w:t xml:space="preserve"> Cidade: IBGE, ano. Disponível em: URL. Acesso em: dia mês abreviado. ano.</w:t>
      </w:r>
    </w:p>
    <w:p w14:paraId="52E5D9C5"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8. Legislação</w:t>
      </w:r>
    </w:p>
    <w:p w14:paraId="56E04257" w14:textId="094AA19B"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BRASIL. </w:t>
      </w:r>
      <w:r w:rsidRPr="009461BD">
        <w:rPr>
          <w:rFonts w:ascii="Calibri" w:hAnsi="Calibri" w:cs="Calibri"/>
          <w:b/>
          <w:bCs/>
          <w:lang w:val="pt-BR"/>
        </w:rPr>
        <w:t>Lei n</w:t>
      </w:r>
      <w:r>
        <w:rPr>
          <w:rFonts w:ascii="Calibri" w:hAnsi="Calibri" w:cs="Calibri"/>
          <w:b/>
          <w:bCs/>
          <w:lang w:val="pt-BR"/>
        </w:rPr>
        <w:t>º</w:t>
      </w:r>
      <w:r w:rsidRPr="009461BD">
        <w:rPr>
          <w:rFonts w:ascii="Calibri" w:hAnsi="Calibri" w:cs="Calibri"/>
          <w:b/>
          <w:bCs/>
          <w:lang w:val="pt-BR"/>
        </w:rPr>
        <w:t xml:space="preserve"> </w:t>
      </w:r>
      <w:proofErr w:type="spellStart"/>
      <w:r w:rsidRPr="009461BD">
        <w:rPr>
          <w:rFonts w:ascii="Calibri" w:hAnsi="Calibri" w:cs="Calibri"/>
          <w:b/>
          <w:bCs/>
          <w:lang w:val="pt-BR"/>
        </w:rPr>
        <w:t>x.xxx</w:t>
      </w:r>
      <w:proofErr w:type="spellEnd"/>
      <w:r w:rsidRPr="009461BD">
        <w:rPr>
          <w:rFonts w:ascii="Calibri" w:hAnsi="Calibri" w:cs="Calibri"/>
          <w:b/>
          <w:bCs/>
          <w:lang w:val="pt-BR"/>
        </w:rPr>
        <w:t>, de dia de mês de ano.</w:t>
      </w:r>
      <w:r w:rsidRPr="009461BD">
        <w:rPr>
          <w:rFonts w:ascii="Calibri" w:hAnsi="Calibri" w:cs="Calibri"/>
          <w:lang w:val="pt-BR"/>
        </w:rPr>
        <w:t xml:space="preserve"> Ementa da lei. Diário Oficial da União: seção, Brasília, DF, data de publicação. Disponível em: URL. Acesso em: dia mês abreviado. ano.</w:t>
      </w:r>
    </w:p>
    <w:p w14:paraId="745DF365"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9. Página de instituição ou documento disponível na internet</w:t>
      </w:r>
    </w:p>
    <w:p w14:paraId="534F6A31"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NOME DA INSTITUIÇÃO. </w:t>
      </w:r>
      <w:r w:rsidRPr="009461BD">
        <w:rPr>
          <w:rFonts w:ascii="Calibri" w:hAnsi="Calibri" w:cs="Calibri"/>
          <w:b/>
          <w:bCs/>
          <w:lang w:val="pt-BR"/>
        </w:rPr>
        <w:t>Título da página ou documento.</w:t>
      </w:r>
      <w:r w:rsidRPr="009461BD">
        <w:rPr>
          <w:rFonts w:ascii="Calibri" w:hAnsi="Calibri" w:cs="Calibri"/>
          <w:lang w:val="pt-BR"/>
        </w:rPr>
        <w:t xml:space="preserve"> Local, ano, se disponível. Disponível em: URL. Acesso em: dia mês abreviado. ano.</w:t>
      </w:r>
    </w:p>
    <w:p w14:paraId="28A9C76C"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10. Mapa ou documento cartográfico</w:t>
      </w:r>
    </w:p>
    <w:p w14:paraId="14544A1C"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NOME DO AUTOR OU INSTITUIÇÃO. </w:t>
      </w:r>
      <w:r w:rsidRPr="009461BD">
        <w:rPr>
          <w:rFonts w:ascii="Calibri" w:hAnsi="Calibri" w:cs="Calibri"/>
          <w:b/>
          <w:bCs/>
          <w:lang w:val="pt-BR"/>
        </w:rPr>
        <w:t>Título do mapa.</w:t>
      </w:r>
      <w:r w:rsidRPr="009461BD">
        <w:rPr>
          <w:rFonts w:ascii="Calibri" w:hAnsi="Calibri" w:cs="Calibri"/>
          <w:lang w:val="pt-BR"/>
        </w:rPr>
        <w:t xml:space="preserve"> Local: instituição responsável, ano. Escala: 1.xxx. Disponível em: URL, se disponível. Acesso em: dia mês abreviado. ano.</w:t>
      </w:r>
    </w:p>
    <w:p w14:paraId="00ABDFC7"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11. Base de dados geográficos ou conjunto de dados</w:t>
      </w:r>
    </w:p>
    <w:p w14:paraId="5CB49355" w14:textId="77777777" w:rsidR="009461BD" w:rsidRPr="009461BD" w:rsidRDefault="009461BD" w:rsidP="00F075B0">
      <w:pPr>
        <w:spacing w:before="240" w:after="120"/>
        <w:ind w:firstLine="0"/>
        <w:jc w:val="left"/>
        <w:rPr>
          <w:rFonts w:ascii="Calibri" w:hAnsi="Calibri" w:cs="Calibri"/>
          <w:lang w:val="pt-BR"/>
        </w:rPr>
      </w:pPr>
      <w:r w:rsidRPr="009461BD">
        <w:rPr>
          <w:rFonts w:ascii="Calibri" w:hAnsi="Calibri" w:cs="Calibri"/>
          <w:lang w:val="pt-BR"/>
        </w:rPr>
        <w:t xml:space="preserve">NOME DO AUTOR OU INSTITUIÇÃO. </w:t>
      </w:r>
      <w:r w:rsidRPr="009461BD">
        <w:rPr>
          <w:rFonts w:ascii="Calibri" w:hAnsi="Calibri" w:cs="Calibri"/>
          <w:b/>
          <w:bCs/>
          <w:lang w:val="pt-BR"/>
        </w:rPr>
        <w:t>Título do conjunto de dados.</w:t>
      </w:r>
      <w:r w:rsidRPr="009461BD">
        <w:rPr>
          <w:rFonts w:ascii="Calibri" w:hAnsi="Calibri" w:cs="Calibri"/>
          <w:lang w:val="pt-BR"/>
        </w:rPr>
        <w:t xml:space="preserve"> Versão, se houver. Local: instituição responsável, ano. Disponível em: URL. Acesso em: dia mês abreviado. ano.</w:t>
      </w:r>
    </w:p>
    <w:p w14:paraId="16850D02" w14:textId="77777777" w:rsidR="009461BD" w:rsidRPr="009461BD" w:rsidRDefault="009461BD" w:rsidP="00F075B0">
      <w:pPr>
        <w:spacing w:before="240" w:after="120"/>
        <w:ind w:firstLine="0"/>
        <w:jc w:val="left"/>
        <w:rPr>
          <w:rFonts w:ascii="Calibri" w:hAnsi="Calibri" w:cs="Calibri"/>
          <w:b/>
          <w:bCs/>
          <w:lang w:val="pt-BR"/>
        </w:rPr>
      </w:pPr>
      <w:r w:rsidRPr="009461BD">
        <w:rPr>
          <w:rFonts w:ascii="Calibri" w:hAnsi="Calibri" w:cs="Calibri"/>
          <w:b/>
          <w:bCs/>
          <w:lang w:val="pt-BR"/>
        </w:rPr>
        <w:t>12. Fotografia, imagem ou desenho técnico</w:t>
      </w:r>
    </w:p>
    <w:p w14:paraId="2A147BE5" w14:textId="7C9B9E1A" w:rsidR="00980D7D" w:rsidRPr="00980D7D" w:rsidRDefault="009461BD" w:rsidP="00980D7D">
      <w:pPr>
        <w:spacing w:before="240" w:after="120"/>
        <w:ind w:firstLine="0"/>
        <w:jc w:val="left"/>
        <w:rPr>
          <w:rFonts w:ascii="Calibri" w:hAnsi="Calibri" w:cs="Calibri"/>
          <w:lang w:val="pt-BR"/>
        </w:rPr>
      </w:pPr>
      <w:r w:rsidRPr="009461BD">
        <w:rPr>
          <w:rFonts w:ascii="Calibri" w:hAnsi="Calibri" w:cs="Calibri"/>
          <w:lang w:val="pt-BR"/>
        </w:rPr>
        <w:t xml:space="preserve">SOBRENOME, Nome do autor ou NOME DA INSTITUIÇÃO. </w:t>
      </w:r>
      <w:r w:rsidRPr="009461BD">
        <w:rPr>
          <w:rFonts w:ascii="Calibri" w:hAnsi="Calibri" w:cs="Calibri"/>
          <w:b/>
          <w:bCs/>
          <w:lang w:val="pt-BR"/>
        </w:rPr>
        <w:t>Título ou descrição da imagem.</w:t>
      </w:r>
      <w:r w:rsidRPr="009461BD">
        <w:rPr>
          <w:rFonts w:ascii="Calibri" w:hAnsi="Calibri" w:cs="Calibri"/>
          <w:lang w:val="pt-BR"/>
        </w:rPr>
        <w:t xml:space="preserve"> Ano. 1 imagem, fotografia, planta, corte ou desenho técnico. Disponível em: URL, se disponível. Acesso em: dia mês abreviado. ano.</w:t>
      </w:r>
    </w:p>
    <w:p w14:paraId="6BBB7E4E" w14:textId="31FC149A" w:rsidR="005D04F4" w:rsidRPr="004320A6" w:rsidRDefault="007F1D32" w:rsidP="00980D7D">
      <w:pPr>
        <w:pStyle w:val="Ttulo1"/>
        <w:spacing w:before="240" w:after="120" w:line="360" w:lineRule="auto"/>
        <w:rPr>
          <w:color w:val="auto"/>
          <w:lang w:val="pt-BR"/>
        </w:rPr>
      </w:pPr>
      <w:r w:rsidRPr="004320A6">
        <w:rPr>
          <w:color w:val="auto"/>
          <w:lang w:val="pt-BR"/>
        </w:rPr>
        <w:t>Agradecimentos (Opcional — SOMENTE NA VERSÃO FINAL)</w:t>
      </w:r>
    </w:p>
    <w:p w14:paraId="6099ECD4" w14:textId="68565975" w:rsidR="005D04F4" w:rsidRPr="00B30437" w:rsidRDefault="00E62858" w:rsidP="00B30437">
      <w:pPr>
        <w:spacing w:line="360" w:lineRule="auto"/>
        <w:rPr>
          <w:rFonts w:ascii="Calibri" w:hAnsi="Calibri" w:cs="Calibri"/>
          <w:lang w:val="pt-BR"/>
        </w:rPr>
      </w:pPr>
      <w:r w:rsidRPr="00B75D3D">
        <w:rPr>
          <w:rFonts w:ascii="Calibri" w:hAnsi="Calibri" w:cs="Calibri"/>
          <w:lang w:val="pt-BR"/>
        </w:rPr>
        <w:t>Informar apoio institucional, financiamento ou agradecimentos pertinentes, se houver.</w:t>
      </w:r>
      <w:r w:rsidR="00B75D3D" w:rsidRPr="00B75D3D">
        <w:rPr>
          <w:rFonts w:ascii="Calibri" w:hAnsi="Calibri" w:cs="Calibri"/>
          <w:lang w:val="pt-BR"/>
        </w:rPr>
        <w:t xml:space="preserve"> Agradecimentos para agências de fomento à pesquisa, instituições que não a do(s) autor(es) e a eventuais orientadores ou inspiradores do trabalho poderão ser mencionados no final do artigo, apenas na versão final, após aprovação para publicação.</w:t>
      </w:r>
    </w:p>
    <w:p w14:paraId="04420BA5" w14:textId="63D12997" w:rsidR="005D04F4" w:rsidRDefault="005D04F4">
      <w:pPr>
        <w:ind w:left="397" w:hanging="198"/>
      </w:pPr>
    </w:p>
    <w:sectPr w:rsidR="005D04F4" w:rsidSect="000A2746">
      <w:footnotePr>
        <w:numFmt w:val="upperRoman"/>
      </w:footnotePr>
      <w:pgSz w:w="11906" w:h="16838"/>
      <w:pgMar w:top="1418" w:right="1418" w:bottom="1418" w:left="141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A PAULA DIAS FERNANDES DE OLIVEIRA" w:date="2026-10-16T13:21:00Z" w:initials="APDFDO">
    <w:p w14:paraId="6A9D75E6" w14:textId="77777777" w:rsidR="006662D1" w:rsidRPr="006662D1" w:rsidRDefault="006662D1" w:rsidP="006662D1">
      <w:pPr>
        <w:jc w:val="center"/>
        <w:rPr>
          <w:rFonts w:asciiTheme="majorHAnsi" w:eastAsia="Quattrocento Sans" w:hAnsiTheme="majorHAnsi" w:cstheme="majorHAnsi"/>
          <w:color w:val="FF0000"/>
          <w:szCs w:val="24"/>
          <w:lang w:val="pt-BR"/>
        </w:rPr>
      </w:pPr>
      <w:r>
        <w:rPr>
          <w:rStyle w:val="Refdecomentrio"/>
        </w:rPr>
        <w:annotationRef/>
      </w:r>
      <w:r w:rsidRPr="006662D1">
        <w:rPr>
          <w:rFonts w:asciiTheme="majorHAnsi" w:hAnsiTheme="majorHAnsi" w:cstheme="majorHAnsi"/>
          <w:bCs/>
          <w:color w:val="FF0000"/>
          <w:szCs w:val="24"/>
          <w:highlight w:val="yellow"/>
          <w:lang w:val="pt-BR"/>
        </w:rPr>
        <w:t xml:space="preserve">ATENÇÃO: </w:t>
      </w:r>
      <w:r w:rsidRPr="006662D1">
        <w:rPr>
          <w:rFonts w:asciiTheme="majorHAnsi" w:eastAsia="Quattrocento Sans" w:hAnsiTheme="majorHAnsi" w:cstheme="majorHAnsi"/>
          <w:color w:val="FF0000"/>
          <w:szCs w:val="24"/>
          <w:highlight w:val="yellow"/>
          <w:lang w:val="pt-BR"/>
        </w:rPr>
        <w:t xml:space="preserve">o manuscrito não deve conter qualquer forma de identificação dos autores. Todos os dados de informações serão inseridos pelos editores apenas na versão final, após a avaliação </w:t>
      </w:r>
      <w:proofErr w:type="spellStart"/>
      <w:r w:rsidRPr="006662D1">
        <w:rPr>
          <w:rFonts w:asciiTheme="majorHAnsi" w:eastAsia="Quattrocento Sans" w:hAnsiTheme="majorHAnsi" w:cstheme="majorHAnsi"/>
          <w:i/>
          <w:iCs/>
          <w:color w:val="FF0000"/>
          <w:szCs w:val="24"/>
          <w:highlight w:val="yellow"/>
          <w:lang w:val="pt-BR"/>
        </w:rPr>
        <w:t>double</w:t>
      </w:r>
      <w:proofErr w:type="spellEnd"/>
      <w:r w:rsidRPr="006662D1">
        <w:rPr>
          <w:rFonts w:asciiTheme="majorHAnsi" w:eastAsia="Quattrocento Sans" w:hAnsiTheme="majorHAnsi" w:cstheme="majorHAnsi"/>
          <w:i/>
          <w:iCs/>
          <w:color w:val="FF0000"/>
          <w:szCs w:val="24"/>
          <w:highlight w:val="yellow"/>
          <w:lang w:val="pt-BR"/>
        </w:rPr>
        <w:t xml:space="preserve"> </w:t>
      </w:r>
      <w:proofErr w:type="spellStart"/>
      <w:r w:rsidRPr="006662D1">
        <w:rPr>
          <w:rFonts w:asciiTheme="majorHAnsi" w:eastAsia="Quattrocento Sans" w:hAnsiTheme="majorHAnsi" w:cstheme="majorHAnsi"/>
          <w:i/>
          <w:iCs/>
          <w:color w:val="FF0000"/>
          <w:szCs w:val="24"/>
          <w:highlight w:val="yellow"/>
          <w:lang w:val="pt-BR"/>
        </w:rPr>
        <w:t>blind</w:t>
      </w:r>
      <w:proofErr w:type="spellEnd"/>
      <w:r w:rsidRPr="006662D1">
        <w:rPr>
          <w:rFonts w:asciiTheme="majorHAnsi" w:eastAsia="Quattrocento Sans" w:hAnsiTheme="majorHAnsi" w:cstheme="majorHAnsi"/>
          <w:i/>
          <w:iCs/>
          <w:color w:val="FF0000"/>
          <w:szCs w:val="24"/>
          <w:highlight w:val="yellow"/>
          <w:lang w:val="pt-BR"/>
        </w:rPr>
        <w:t xml:space="preserve"> </w:t>
      </w:r>
      <w:proofErr w:type="spellStart"/>
      <w:r w:rsidRPr="006662D1">
        <w:rPr>
          <w:rFonts w:asciiTheme="majorHAnsi" w:eastAsia="Quattrocento Sans" w:hAnsiTheme="majorHAnsi" w:cstheme="majorHAnsi"/>
          <w:i/>
          <w:iCs/>
          <w:color w:val="FF0000"/>
          <w:szCs w:val="24"/>
          <w:highlight w:val="yellow"/>
          <w:lang w:val="pt-BR"/>
        </w:rPr>
        <w:t>peer</w:t>
      </w:r>
      <w:proofErr w:type="spellEnd"/>
      <w:r w:rsidRPr="006662D1">
        <w:rPr>
          <w:rFonts w:asciiTheme="majorHAnsi" w:eastAsia="Quattrocento Sans" w:hAnsiTheme="majorHAnsi" w:cstheme="majorHAnsi"/>
          <w:i/>
          <w:iCs/>
          <w:color w:val="FF0000"/>
          <w:szCs w:val="24"/>
          <w:highlight w:val="yellow"/>
          <w:lang w:val="pt-BR"/>
        </w:rPr>
        <w:t xml:space="preserve"> review. </w:t>
      </w:r>
      <w:r w:rsidRPr="006662D1">
        <w:rPr>
          <w:rFonts w:asciiTheme="majorHAnsi" w:eastAsia="Quattrocento Sans" w:hAnsiTheme="majorHAnsi" w:cstheme="majorHAnsi"/>
          <w:color w:val="FF0000"/>
          <w:szCs w:val="24"/>
          <w:highlight w:val="yellow"/>
          <w:lang w:val="pt-BR"/>
        </w:rPr>
        <w:t>ORCID, Instituição, Resumo da Biografia e demais informações devem ser devidamente preenchidas pelos autores na plataforma durante a submissão.</w:t>
      </w:r>
    </w:p>
    <w:p w14:paraId="3C0D8015" w14:textId="35C0DBFC" w:rsidR="006662D1" w:rsidRPr="006662D1" w:rsidRDefault="006662D1">
      <w:pPr>
        <w:pStyle w:val="Textodecomentrio"/>
        <w:rPr>
          <w:sz w:val="24"/>
          <w:szCs w:val="24"/>
        </w:rPr>
      </w:pPr>
    </w:p>
  </w:comment>
  <w:comment w:id="1" w:author="ANA PAULA DIAS FERNANDES DE OLIVEIRA" w:date="2026-10-16T13:26:00Z" w:initials="APDFDO">
    <w:p w14:paraId="5F394BFF" w14:textId="77777777" w:rsidR="00122D43" w:rsidRPr="00122D43" w:rsidRDefault="00122D43" w:rsidP="00122D43">
      <w:pPr>
        <w:tabs>
          <w:tab w:val="left" w:pos="2475"/>
          <w:tab w:val="right" w:pos="7166"/>
        </w:tabs>
        <w:ind w:firstLine="0"/>
        <w:rPr>
          <w:rFonts w:ascii="Calibri" w:hAnsi="Calibri" w:cs="Calibri"/>
          <w:color w:val="FF0000"/>
          <w:szCs w:val="24"/>
          <w:lang w:val="pt-BR"/>
        </w:rPr>
      </w:pPr>
      <w:r w:rsidRPr="00122D43">
        <w:rPr>
          <w:rFonts w:ascii="Calibri" w:hAnsi="Calibri" w:cs="Calibri"/>
          <w:color w:val="FF0000"/>
          <w:szCs w:val="24"/>
          <w:highlight w:val="yellow"/>
          <w:lang w:val="pt-BR"/>
        </w:rPr>
        <w:t xml:space="preserve">Será </w:t>
      </w:r>
      <w:r w:rsidRPr="00122D43">
        <w:rPr>
          <w:rStyle w:val="Refdecomentrio"/>
          <w:rFonts w:ascii="Calibri" w:hAnsi="Calibri" w:cs="Calibri"/>
          <w:sz w:val="24"/>
          <w:szCs w:val="24"/>
          <w:highlight w:val="yellow"/>
        </w:rPr>
        <w:annotationRef/>
      </w:r>
      <w:r w:rsidRPr="00122D43">
        <w:rPr>
          <w:rFonts w:ascii="Calibri" w:hAnsi="Calibri" w:cs="Calibri"/>
          <w:color w:val="FF0000"/>
          <w:szCs w:val="24"/>
          <w:highlight w:val="yellow"/>
          <w:lang w:val="pt-BR"/>
        </w:rPr>
        <w:t>inserido pelos editores na versão final.</w:t>
      </w:r>
    </w:p>
    <w:p w14:paraId="34256A9A" w14:textId="77777777" w:rsidR="00122D43" w:rsidRDefault="00122D43" w:rsidP="00122D43">
      <w:pPr>
        <w:pStyle w:val="Textodecomentri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C0D8015" w15:done="0"/>
  <w15:commentEx w15:paraId="34256A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FD5712E" w16cex:dateUtc="2026-10-16T16:21:00Z"/>
  <w16cex:commentExtensible w16cex:durableId="0E8DE5B0" w16cex:dateUtc="2026-10-16T1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0D8015" w16cid:durableId="5FD5712E"/>
  <w16cid:commentId w16cid:paraId="34256A9A" w16cid:durableId="0E8DE5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4C232" w14:textId="77777777" w:rsidR="008B4771" w:rsidRDefault="008B4771">
      <w:r>
        <w:separator/>
      </w:r>
    </w:p>
  </w:endnote>
  <w:endnote w:type="continuationSeparator" w:id="0">
    <w:p w14:paraId="64448BEC" w14:textId="77777777" w:rsidR="008B4771" w:rsidRDefault="008B4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6179" w14:textId="77777777" w:rsidR="0020060F" w:rsidRDefault="0020060F" w:rsidP="00E27362">
    <w:pPr>
      <w:pStyle w:val="Rodap"/>
      <w:spacing w:after="120"/>
      <w:ind w:firstLine="0"/>
      <w:rPr>
        <w:rFonts w:ascii="Calibri" w:hAnsi="Calibri" w:cs="Calibri"/>
        <w:b/>
        <w:bCs/>
        <w:color w:val="999999"/>
        <w:sz w:val="18"/>
        <w:szCs w:val="18"/>
      </w:rPr>
    </w:pPr>
  </w:p>
  <w:p w14:paraId="48C4C646" w14:textId="1CE46DFE" w:rsidR="00E27362" w:rsidRPr="0020790D" w:rsidRDefault="00E27362" w:rsidP="00E27362">
    <w:pPr>
      <w:pStyle w:val="Rodap"/>
      <w:spacing w:after="120"/>
      <w:ind w:firstLine="0"/>
      <w:rPr>
        <w:rFonts w:ascii="Calibri" w:hAnsi="Calibri" w:cs="Calibri"/>
        <w:b/>
        <w:bCs/>
        <w:color w:val="999999"/>
        <w:sz w:val="18"/>
        <w:szCs w:val="18"/>
      </w:rPr>
    </w:pPr>
    <w:r w:rsidRPr="0020790D">
      <w:rPr>
        <w:rFonts w:ascii="Calibri" w:hAnsi="Calibri" w:cs="Calibri"/>
        <w:b/>
        <w:bCs/>
        <w:color w:val="999999"/>
        <w:sz w:val="18"/>
        <w:szCs w:val="18"/>
        <w:lang w:val="pt-BR"/>
      </w:rPr>
      <w:t>Revista Território, Espaço Construído</w:t>
    </w:r>
    <w:r w:rsidRPr="0020790D">
      <w:rPr>
        <w:rFonts w:ascii="Calibri" w:hAnsi="Calibri" w:cs="Calibri"/>
        <w:b/>
        <w:bCs/>
        <w:color w:val="999999"/>
        <w:sz w:val="18"/>
        <w:szCs w:val="18"/>
      </w:rPr>
      <w:t xml:space="preserve"> e Meio Ambiente, v. xx, n. xx, ano</w:t>
    </w:r>
  </w:p>
  <w:p w14:paraId="557D7380" w14:textId="77777777" w:rsidR="00E27362" w:rsidRDefault="00E2736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2DC1" w14:textId="2AEA0E9C" w:rsidR="006C515D" w:rsidRDefault="006C515D" w:rsidP="006C515D">
    <w:pPr>
      <w:pStyle w:val="Rodap"/>
      <w:spacing w:after="120"/>
      <w:ind w:firstLine="0"/>
      <w:rPr>
        <w:rFonts w:ascii="Cambria" w:hAnsi="Cambria" w:cs="Times New Roman"/>
        <w:b/>
        <w:bCs/>
        <w:color w:val="999999"/>
        <w:sz w:val="18"/>
        <w:szCs w:val="18"/>
      </w:rPr>
    </w:pPr>
    <w:r>
      <w:rPr>
        <w:noProof/>
      </w:rPr>
      <w:drawing>
        <wp:inline distT="0" distB="0" distL="0" distR="0" wp14:anchorId="629EA67C" wp14:editId="45B61DA5">
          <wp:extent cx="1143000" cy="400050"/>
          <wp:effectExtent l="0" t="0" r="0" b="0"/>
          <wp:docPr id="6" name="Imagem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400050"/>
                  </a:xfrm>
                  <a:prstGeom prst="rect">
                    <a:avLst/>
                  </a:prstGeom>
                  <a:noFill/>
                  <a:ln>
                    <a:noFill/>
                  </a:ln>
                </pic:spPr>
              </pic:pic>
            </a:graphicData>
          </a:graphic>
        </wp:inline>
      </w:drawing>
    </w:r>
  </w:p>
  <w:p w14:paraId="20C03F0B" w14:textId="2064377C" w:rsidR="006C515D" w:rsidRPr="00AA6D0B" w:rsidRDefault="005B47BB" w:rsidP="00E27362">
    <w:pPr>
      <w:pStyle w:val="Rodap"/>
      <w:spacing w:after="120"/>
      <w:ind w:firstLine="0"/>
      <w:rPr>
        <w:rFonts w:ascii="Calibri" w:hAnsi="Calibri" w:cs="Calibri"/>
        <w:b/>
        <w:bCs/>
        <w:color w:val="999999"/>
        <w:sz w:val="18"/>
        <w:szCs w:val="18"/>
      </w:rPr>
    </w:pPr>
    <w:r w:rsidRPr="00AA6D0B">
      <w:rPr>
        <w:rFonts w:ascii="Calibri" w:hAnsi="Calibri" w:cs="Calibri"/>
        <w:b/>
        <w:bCs/>
        <w:color w:val="999999"/>
        <w:sz w:val="18"/>
        <w:szCs w:val="18"/>
      </w:rPr>
      <w:t xml:space="preserve">Revista Território, Espaço Construído e Meio Ambiente, </w:t>
    </w:r>
    <w:r w:rsidR="006C515D" w:rsidRPr="00AA6D0B">
      <w:rPr>
        <w:rFonts w:ascii="Calibri" w:hAnsi="Calibri" w:cs="Calibri"/>
        <w:b/>
        <w:bCs/>
        <w:color w:val="999999"/>
        <w:sz w:val="18"/>
        <w:szCs w:val="18"/>
      </w:rPr>
      <w:t>v. xx, n. xx, ano</w:t>
    </w:r>
  </w:p>
  <w:p w14:paraId="63D5EBB4" w14:textId="67CC2C2B" w:rsidR="006C515D" w:rsidRPr="00AA6D0B" w:rsidRDefault="006C515D" w:rsidP="00AA6D0B">
    <w:pPr>
      <w:pStyle w:val="Rodap"/>
      <w:spacing w:after="120"/>
      <w:ind w:firstLine="0"/>
      <w:rPr>
        <w:rFonts w:ascii="Calibri" w:hAnsi="Calibri" w:cs="Calibri"/>
        <w:color w:val="999999"/>
        <w:sz w:val="18"/>
        <w:szCs w:val="18"/>
      </w:rPr>
    </w:pPr>
    <w:r w:rsidRPr="00AA6D0B">
      <w:rPr>
        <w:rFonts w:ascii="Calibri" w:hAnsi="Calibri" w:cs="Calibri"/>
        <w:b/>
        <w:bCs/>
        <w:color w:val="999999"/>
        <w:sz w:val="18"/>
        <w:szCs w:val="18"/>
      </w:rPr>
      <w:t>ISSN</w:t>
    </w:r>
    <w:r w:rsidR="00AA6D0B" w:rsidRPr="00AA6D0B">
      <w:rPr>
        <w:rFonts w:ascii="Calibri" w:hAnsi="Calibri" w:cs="Calibri"/>
        <w:b/>
        <w:bCs/>
        <w:color w:val="999999"/>
        <w:sz w:val="18"/>
        <w:szCs w:val="18"/>
      </w:rPr>
      <w:t xml:space="preserve"> (ISSN-L)</w:t>
    </w:r>
    <w:r w:rsidRPr="00AA6D0B">
      <w:rPr>
        <w:rFonts w:ascii="Calibri" w:hAnsi="Calibri" w:cs="Calibri"/>
        <w:b/>
        <w:bCs/>
        <w:color w:val="999999"/>
        <w:sz w:val="18"/>
        <w:szCs w:val="18"/>
      </w:rPr>
      <w:t>: 2</w:t>
    </w:r>
    <w:r w:rsidR="00AA6D0B" w:rsidRPr="00AA6D0B">
      <w:rPr>
        <w:rFonts w:ascii="Calibri" w:hAnsi="Calibri" w:cs="Calibri"/>
        <w:b/>
        <w:bCs/>
        <w:color w:val="999999"/>
        <w:sz w:val="18"/>
        <w:szCs w:val="18"/>
      </w:rPr>
      <w:t>67</w:t>
    </w:r>
    <w:r w:rsidRPr="00AA6D0B">
      <w:rPr>
        <w:rFonts w:ascii="Calibri" w:hAnsi="Calibri" w:cs="Calibri"/>
        <w:b/>
        <w:bCs/>
        <w:color w:val="999999"/>
        <w:sz w:val="18"/>
        <w:szCs w:val="18"/>
      </w:rPr>
      <w:t>5-</w:t>
    </w:r>
    <w:r w:rsidR="00AA6D0B" w:rsidRPr="00AA6D0B">
      <w:rPr>
        <w:rFonts w:ascii="Calibri" w:hAnsi="Calibri" w:cs="Calibri"/>
        <w:b/>
        <w:bCs/>
        <w:color w:val="999999"/>
        <w:sz w:val="18"/>
        <w:szCs w:val="18"/>
      </w:rPr>
      <w:t>4</w:t>
    </w:r>
    <w:r w:rsidRPr="00AA6D0B">
      <w:rPr>
        <w:rFonts w:ascii="Calibri" w:hAnsi="Calibri" w:cs="Calibri"/>
        <w:b/>
        <w:bCs/>
        <w:color w:val="999999"/>
        <w:sz w:val="18"/>
        <w:szCs w:val="18"/>
      </w:rPr>
      <w:t>3</w:t>
    </w:r>
    <w:r w:rsidR="00AA6D0B" w:rsidRPr="00AA6D0B">
      <w:rPr>
        <w:rFonts w:ascii="Calibri" w:hAnsi="Calibri" w:cs="Calibri"/>
        <w:b/>
        <w:bCs/>
        <w:color w:val="999999"/>
        <w:sz w:val="18"/>
        <w:szCs w:val="18"/>
      </w:rPr>
      <w:t>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E8A4" w14:textId="77777777" w:rsidR="008B4771" w:rsidRDefault="008B4771">
      <w:r>
        <w:separator/>
      </w:r>
    </w:p>
  </w:footnote>
  <w:footnote w:type="continuationSeparator" w:id="0">
    <w:p w14:paraId="376CBFC2" w14:textId="77777777" w:rsidR="008B4771" w:rsidRDefault="008B4771">
      <w:r>
        <w:continuationSeparator/>
      </w:r>
    </w:p>
  </w:footnote>
  <w:footnote w:id="1">
    <w:p w14:paraId="62FD049B" w14:textId="77777777" w:rsidR="00D50FBD" w:rsidRPr="00D50FBD" w:rsidRDefault="00D50FBD" w:rsidP="00D50FBD">
      <w:pPr>
        <w:ind w:firstLine="0"/>
        <w:rPr>
          <w:rFonts w:ascii="Calibri" w:hAnsi="Calibri" w:cs="Calibri"/>
          <w:sz w:val="20"/>
          <w:szCs w:val="20"/>
          <w:lang w:val="pt-BR"/>
        </w:rPr>
      </w:pPr>
      <w:r w:rsidRPr="00D50FBD">
        <w:rPr>
          <w:rStyle w:val="Refdenotaderodap"/>
          <w:rFonts w:ascii="Calibri" w:hAnsi="Calibri" w:cs="Calibri"/>
          <w:sz w:val="20"/>
          <w:szCs w:val="20"/>
        </w:rPr>
        <w:footnoteRef/>
      </w:r>
      <w:r w:rsidRPr="00D50FBD">
        <w:rPr>
          <w:rFonts w:ascii="Calibri" w:hAnsi="Calibri" w:cs="Calibri"/>
          <w:sz w:val="20"/>
          <w:szCs w:val="20"/>
        </w:rPr>
        <w:t xml:space="preserve"> </w:t>
      </w:r>
      <w:r w:rsidRPr="00D50FBD">
        <w:rPr>
          <w:rFonts w:ascii="Calibri" w:hAnsi="Calibri" w:cs="Calibri"/>
          <w:sz w:val="20"/>
          <w:szCs w:val="20"/>
          <w:lang w:val="pt-BR"/>
        </w:rPr>
        <w:t>As notas deverão vir no rodapé do texto, na mesma página em que aparecem. Formatação: Fonte Calibri, tamanho 10, Alinhamento Justificada, sem recuos, Espaçamento entre linhas Simples.</w:t>
      </w:r>
    </w:p>
    <w:p w14:paraId="3B77DAAF" w14:textId="1FA687CB" w:rsidR="00D50FBD" w:rsidRPr="00D50FBD" w:rsidRDefault="00D50FBD">
      <w:pPr>
        <w:pStyle w:val="Textodenotaderodap"/>
        <w:rPr>
          <w:lang w:val="pt-BR"/>
        </w:rPr>
      </w:pPr>
    </w:p>
  </w:footnote>
  <w:footnote w:id="2">
    <w:p w14:paraId="44D8CD56" w14:textId="03D239FF" w:rsidR="00C945D1" w:rsidRPr="00C945D1" w:rsidRDefault="00C945D1" w:rsidP="00C945D1">
      <w:pPr>
        <w:pStyle w:val="Textodenotaderodap"/>
        <w:ind w:firstLine="0"/>
        <w:rPr>
          <w:rFonts w:ascii="Calibri" w:hAnsi="Calibri" w:cs="Calibri"/>
          <w:lang w:val="pt-BR"/>
        </w:rPr>
      </w:pPr>
      <w:r w:rsidRPr="00C945D1">
        <w:rPr>
          <w:rStyle w:val="Refdenotaderodap"/>
          <w:rFonts w:ascii="Calibri" w:hAnsi="Calibri" w:cs="Calibri"/>
        </w:rPr>
        <w:footnoteRef/>
      </w:r>
      <w:r w:rsidRPr="00C945D1">
        <w:rPr>
          <w:rFonts w:ascii="Calibri" w:hAnsi="Calibri" w:cs="Calibri"/>
        </w:rPr>
        <w:t xml:space="preserve"> </w:t>
      </w:r>
      <w:r w:rsidRPr="00C945D1">
        <w:rPr>
          <w:rFonts w:ascii="Calibri" w:hAnsi="Calibri" w:cs="Calibri"/>
          <w:lang w:val="pt-BR"/>
        </w:rPr>
        <w:t>Este desenho é ilustrativo e não representa projeto executivo.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B5712" w14:textId="77777777" w:rsidR="00E27362" w:rsidRPr="002206B9" w:rsidRDefault="00E27362" w:rsidP="00E27362">
    <w:pPr>
      <w:pStyle w:val="Cabealho"/>
      <w:ind w:firstLine="0"/>
      <w:rPr>
        <w:rFonts w:ascii="Calibri" w:hAnsi="Calibri" w:cs="Calibri"/>
        <w:b/>
        <w:bCs/>
        <w:color w:val="999999"/>
        <w:sz w:val="18"/>
        <w:szCs w:val="18"/>
        <w:lang w:val="pt-BR"/>
      </w:rPr>
    </w:pPr>
    <w:r w:rsidRPr="002206B9">
      <w:rPr>
        <w:rFonts w:ascii="Calibri" w:hAnsi="Calibri" w:cs="Calibri"/>
        <w:b/>
        <w:bCs/>
        <w:color w:val="999999"/>
        <w:sz w:val="18"/>
        <w:szCs w:val="18"/>
        <w:lang w:val="pt-BR"/>
      </w:rPr>
      <w:t xml:space="preserve">Sobrenome dos autores </w:t>
    </w:r>
  </w:p>
  <w:p w14:paraId="551E9BC9" w14:textId="77777777" w:rsidR="00E27362" w:rsidRPr="00941602" w:rsidRDefault="00E27362" w:rsidP="00E27362">
    <w:pPr>
      <w:pStyle w:val="Cabealho"/>
      <w:ind w:firstLine="0"/>
      <w:rPr>
        <w:rFonts w:ascii="Calibri" w:hAnsi="Calibri" w:cs="Calibri"/>
        <w:b/>
        <w:bCs/>
        <w:color w:val="999999"/>
        <w:sz w:val="18"/>
        <w:szCs w:val="18"/>
        <w:lang w:val="pt-BR"/>
      </w:rPr>
    </w:pPr>
  </w:p>
  <w:p w14:paraId="5491EE50" w14:textId="2E3C29DC" w:rsidR="00E27362" w:rsidRPr="00941602" w:rsidRDefault="00E27362" w:rsidP="00E27362">
    <w:pPr>
      <w:pStyle w:val="Cabealho"/>
      <w:ind w:firstLine="0"/>
      <w:rPr>
        <w:rFonts w:ascii="Calibri" w:hAnsi="Calibri" w:cs="Calibri"/>
        <w:b/>
        <w:bCs/>
        <w:color w:val="999999"/>
        <w:sz w:val="18"/>
        <w:szCs w:val="18"/>
        <w:lang w:val="pt-BR"/>
      </w:rPr>
    </w:pPr>
    <w:r w:rsidRPr="00941602">
      <w:rPr>
        <w:rFonts w:ascii="Calibri" w:hAnsi="Calibri" w:cs="Calibri"/>
        <w:b/>
        <w:bCs/>
        <w:color w:val="999999"/>
        <w:sz w:val="18"/>
        <w:szCs w:val="18"/>
        <w:lang w:val="pt-BR"/>
      </w:rPr>
      <w:t xml:space="preserve">Título do manuscrito </w:t>
    </w:r>
  </w:p>
  <w:p w14:paraId="6F4C7A12" w14:textId="77777777" w:rsidR="007157CE" w:rsidRDefault="007157CE" w:rsidP="00E27362">
    <w:pPr>
      <w:pStyle w:val="Cabealho"/>
      <w:ind w:firstLine="0"/>
      <w:rPr>
        <w:rFonts w:ascii="Calibri" w:hAnsi="Calibri" w:cs="Calibri"/>
        <w:b/>
        <w:bCs/>
        <w:color w:val="999999"/>
        <w:sz w:val="18"/>
        <w:szCs w:val="18"/>
        <w:lang w:val="pt-BR"/>
      </w:rPr>
    </w:pPr>
  </w:p>
  <w:p w14:paraId="1562DF57" w14:textId="77777777" w:rsidR="00737878" w:rsidRPr="00E27362" w:rsidRDefault="00737878" w:rsidP="00E27362">
    <w:pPr>
      <w:pStyle w:val="Cabealho"/>
      <w:ind w:firstLine="0"/>
      <w:rPr>
        <w:rFonts w:ascii="Calibri" w:hAnsi="Calibri" w:cs="Calibri"/>
        <w:b/>
        <w:bCs/>
        <w:color w:val="999999"/>
        <w:sz w:val="18"/>
        <w:szCs w:val="18"/>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74656" w14:textId="66E360C6" w:rsidR="00B03AAE" w:rsidRDefault="00B03AAE" w:rsidP="00B03AAE">
    <w:pPr>
      <w:pStyle w:val="Cabealho"/>
      <w:tabs>
        <w:tab w:val="clear" w:pos="4680"/>
        <w:tab w:val="clear" w:pos="9360"/>
        <w:tab w:val="left" w:pos="5490"/>
      </w:tabs>
    </w:pPr>
    <w:r>
      <w:rPr>
        <w:i/>
        <w:noProof/>
        <w:sz w:val="16"/>
      </w:rPr>
      <w:drawing>
        <wp:anchor distT="0" distB="0" distL="114300" distR="114300" simplePos="0" relativeHeight="251659776" behindDoc="1" locked="0" layoutInCell="1" allowOverlap="1" wp14:anchorId="52B43610" wp14:editId="53762C4A">
          <wp:simplePos x="0" y="0"/>
          <wp:positionH relativeFrom="column">
            <wp:posOffset>-900430</wp:posOffset>
          </wp:positionH>
          <wp:positionV relativeFrom="paragraph">
            <wp:posOffset>-433070</wp:posOffset>
          </wp:positionV>
          <wp:extent cx="7559675" cy="1773555"/>
          <wp:effectExtent l="0" t="0" r="3175" b="0"/>
          <wp:wrapTight wrapText="bothSides">
            <wp:wrapPolygon edited="0">
              <wp:start x="0" y="0"/>
              <wp:lineTo x="0" y="21345"/>
              <wp:lineTo x="21555" y="21345"/>
              <wp:lineTo x="21555"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rotWithShape="1">
                  <a:blip r:embed="rId1"/>
                  <a:srcRect t="14375" b="15179"/>
                  <a:stretch/>
                </pic:blipFill>
                <pic:spPr bwMode="auto">
                  <a:xfrm>
                    <a:off x="0" y="0"/>
                    <a:ext cx="7559675" cy="1773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2D30BBC"/>
    <w:multiLevelType w:val="multilevel"/>
    <w:tmpl w:val="9E76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F170E"/>
    <w:multiLevelType w:val="multilevel"/>
    <w:tmpl w:val="74B8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202C9"/>
    <w:multiLevelType w:val="multilevel"/>
    <w:tmpl w:val="088C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D3383"/>
    <w:multiLevelType w:val="multilevel"/>
    <w:tmpl w:val="B450E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401E87"/>
    <w:multiLevelType w:val="multilevel"/>
    <w:tmpl w:val="9BF6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D31D62"/>
    <w:multiLevelType w:val="multilevel"/>
    <w:tmpl w:val="C82A8BF4"/>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48BC0FBF"/>
    <w:multiLevelType w:val="multilevel"/>
    <w:tmpl w:val="61FEC66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2CD0E4A"/>
    <w:multiLevelType w:val="multilevel"/>
    <w:tmpl w:val="BA92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B1325B"/>
    <w:multiLevelType w:val="multilevel"/>
    <w:tmpl w:val="02EEA6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58952214">
    <w:abstractNumId w:val="8"/>
  </w:num>
  <w:num w:numId="2" w16cid:durableId="1415778796">
    <w:abstractNumId w:val="6"/>
  </w:num>
  <w:num w:numId="3" w16cid:durableId="821964121">
    <w:abstractNumId w:val="5"/>
  </w:num>
  <w:num w:numId="4" w16cid:durableId="2130128627">
    <w:abstractNumId w:val="4"/>
  </w:num>
  <w:num w:numId="5" w16cid:durableId="512694920">
    <w:abstractNumId w:val="7"/>
  </w:num>
  <w:num w:numId="6" w16cid:durableId="1983193694">
    <w:abstractNumId w:val="3"/>
  </w:num>
  <w:num w:numId="7" w16cid:durableId="1322001767">
    <w:abstractNumId w:val="2"/>
  </w:num>
  <w:num w:numId="8" w16cid:durableId="407389928">
    <w:abstractNumId w:val="1"/>
  </w:num>
  <w:num w:numId="9" w16cid:durableId="2029134295">
    <w:abstractNumId w:val="0"/>
  </w:num>
  <w:num w:numId="10" w16cid:durableId="2090614073">
    <w:abstractNumId w:val="9"/>
  </w:num>
  <w:num w:numId="11" w16cid:durableId="664089423">
    <w:abstractNumId w:val="16"/>
  </w:num>
  <w:num w:numId="12" w16cid:durableId="1057127450">
    <w:abstractNumId w:val="14"/>
  </w:num>
  <w:num w:numId="13" w16cid:durableId="501119908">
    <w:abstractNumId w:val="17"/>
  </w:num>
  <w:num w:numId="14" w16cid:durableId="1555585998">
    <w:abstractNumId w:val="10"/>
  </w:num>
  <w:num w:numId="15" w16cid:durableId="1789735730">
    <w:abstractNumId w:val="15"/>
  </w:num>
  <w:num w:numId="16" w16cid:durableId="896161928">
    <w:abstractNumId w:val="12"/>
  </w:num>
  <w:num w:numId="17" w16cid:durableId="1542089845">
    <w:abstractNumId w:val="13"/>
  </w:num>
  <w:num w:numId="18" w16cid:durableId="1780892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A PAULA DIAS FERNANDES DE OLIVEIRA">
    <w15:presenceInfo w15:providerId="AD" w15:userId="S-1-5-21-2033910791-1539397562-452798024-417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62F"/>
    <w:rsid w:val="00026CBA"/>
    <w:rsid w:val="00034616"/>
    <w:rsid w:val="00037D6B"/>
    <w:rsid w:val="00037DF1"/>
    <w:rsid w:val="00054E39"/>
    <w:rsid w:val="0006063C"/>
    <w:rsid w:val="00062DDB"/>
    <w:rsid w:val="00065248"/>
    <w:rsid w:val="00065E77"/>
    <w:rsid w:val="00072404"/>
    <w:rsid w:val="000727DD"/>
    <w:rsid w:val="00081270"/>
    <w:rsid w:val="000825AD"/>
    <w:rsid w:val="00097DC3"/>
    <w:rsid w:val="000A2746"/>
    <w:rsid w:val="000A6AF8"/>
    <w:rsid w:val="000B0FDE"/>
    <w:rsid w:val="000D0C36"/>
    <w:rsid w:val="000D3D57"/>
    <w:rsid w:val="000F5054"/>
    <w:rsid w:val="000F576E"/>
    <w:rsid w:val="001011D4"/>
    <w:rsid w:val="00111EA6"/>
    <w:rsid w:val="0012098C"/>
    <w:rsid w:val="00122D43"/>
    <w:rsid w:val="0015074B"/>
    <w:rsid w:val="00170110"/>
    <w:rsid w:val="00170C8C"/>
    <w:rsid w:val="00175159"/>
    <w:rsid w:val="0019508F"/>
    <w:rsid w:val="001C416F"/>
    <w:rsid w:val="001D5739"/>
    <w:rsid w:val="001E716F"/>
    <w:rsid w:val="001F25C5"/>
    <w:rsid w:val="001F7FA3"/>
    <w:rsid w:val="0020060F"/>
    <w:rsid w:val="0020541D"/>
    <w:rsid w:val="0020790D"/>
    <w:rsid w:val="00213F25"/>
    <w:rsid w:val="002206B9"/>
    <w:rsid w:val="00224D9B"/>
    <w:rsid w:val="00242A80"/>
    <w:rsid w:val="00253214"/>
    <w:rsid w:val="00285703"/>
    <w:rsid w:val="0029639D"/>
    <w:rsid w:val="002D31E9"/>
    <w:rsid w:val="00301AB4"/>
    <w:rsid w:val="00305C86"/>
    <w:rsid w:val="00326F90"/>
    <w:rsid w:val="00331804"/>
    <w:rsid w:val="003522C6"/>
    <w:rsid w:val="00377E1C"/>
    <w:rsid w:val="003C0CA6"/>
    <w:rsid w:val="003E159E"/>
    <w:rsid w:val="003E3C8B"/>
    <w:rsid w:val="00415958"/>
    <w:rsid w:val="004220D6"/>
    <w:rsid w:val="00431743"/>
    <w:rsid w:val="00431CA0"/>
    <w:rsid w:val="004320A6"/>
    <w:rsid w:val="00446BE8"/>
    <w:rsid w:val="004663EC"/>
    <w:rsid w:val="004815BE"/>
    <w:rsid w:val="004A2E19"/>
    <w:rsid w:val="004B590E"/>
    <w:rsid w:val="004F3EC8"/>
    <w:rsid w:val="005201D2"/>
    <w:rsid w:val="00521ABC"/>
    <w:rsid w:val="005725E0"/>
    <w:rsid w:val="0057356C"/>
    <w:rsid w:val="0057785E"/>
    <w:rsid w:val="005B47BB"/>
    <w:rsid w:val="005B4911"/>
    <w:rsid w:val="005C0DEA"/>
    <w:rsid w:val="005D04F4"/>
    <w:rsid w:val="005D31CD"/>
    <w:rsid w:val="005D489D"/>
    <w:rsid w:val="005F54D6"/>
    <w:rsid w:val="00600FB0"/>
    <w:rsid w:val="00606A44"/>
    <w:rsid w:val="00610B95"/>
    <w:rsid w:val="00623467"/>
    <w:rsid w:val="006662D1"/>
    <w:rsid w:val="00666BE6"/>
    <w:rsid w:val="00696807"/>
    <w:rsid w:val="006A3AC3"/>
    <w:rsid w:val="006A3AE5"/>
    <w:rsid w:val="006A7F65"/>
    <w:rsid w:val="006B1F00"/>
    <w:rsid w:val="006B67E0"/>
    <w:rsid w:val="006C39E5"/>
    <w:rsid w:val="006C515D"/>
    <w:rsid w:val="006D7BDD"/>
    <w:rsid w:val="006E541F"/>
    <w:rsid w:val="007144D4"/>
    <w:rsid w:val="00714981"/>
    <w:rsid w:val="007157CE"/>
    <w:rsid w:val="00734663"/>
    <w:rsid w:val="00737878"/>
    <w:rsid w:val="00751BE2"/>
    <w:rsid w:val="007760CD"/>
    <w:rsid w:val="00782B09"/>
    <w:rsid w:val="00793A51"/>
    <w:rsid w:val="007C3BD4"/>
    <w:rsid w:val="007F1D32"/>
    <w:rsid w:val="00847810"/>
    <w:rsid w:val="008611F9"/>
    <w:rsid w:val="00862B14"/>
    <w:rsid w:val="0087252E"/>
    <w:rsid w:val="00892896"/>
    <w:rsid w:val="008A131E"/>
    <w:rsid w:val="008B2259"/>
    <w:rsid w:val="008B4771"/>
    <w:rsid w:val="008F2862"/>
    <w:rsid w:val="00941602"/>
    <w:rsid w:val="00942867"/>
    <w:rsid w:val="009461BD"/>
    <w:rsid w:val="0095046E"/>
    <w:rsid w:val="00970811"/>
    <w:rsid w:val="00970F08"/>
    <w:rsid w:val="00980D7D"/>
    <w:rsid w:val="009970F6"/>
    <w:rsid w:val="009A6DBC"/>
    <w:rsid w:val="009C1601"/>
    <w:rsid w:val="009C6A85"/>
    <w:rsid w:val="00A00BCF"/>
    <w:rsid w:val="00A36011"/>
    <w:rsid w:val="00A376FF"/>
    <w:rsid w:val="00A40C8B"/>
    <w:rsid w:val="00A43F98"/>
    <w:rsid w:val="00A44B01"/>
    <w:rsid w:val="00A81419"/>
    <w:rsid w:val="00A837D5"/>
    <w:rsid w:val="00A91E03"/>
    <w:rsid w:val="00AA1D8D"/>
    <w:rsid w:val="00AA6D0B"/>
    <w:rsid w:val="00AC0D23"/>
    <w:rsid w:val="00B0069E"/>
    <w:rsid w:val="00B03AAE"/>
    <w:rsid w:val="00B162E0"/>
    <w:rsid w:val="00B179CC"/>
    <w:rsid w:val="00B30437"/>
    <w:rsid w:val="00B44635"/>
    <w:rsid w:val="00B47730"/>
    <w:rsid w:val="00B514A1"/>
    <w:rsid w:val="00B542B4"/>
    <w:rsid w:val="00B75D3D"/>
    <w:rsid w:val="00B96B78"/>
    <w:rsid w:val="00BA13C7"/>
    <w:rsid w:val="00BB1D8A"/>
    <w:rsid w:val="00BD1F30"/>
    <w:rsid w:val="00BE4EF0"/>
    <w:rsid w:val="00C576F9"/>
    <w:rsid w:val="00C9312B"/>
    <w:rsid w:val="00C945D1"/>
    <w:rsid w:val="00CA46E6"/>
    <w:rsid w:val="00CB0664"/>
    <w:rsid w:val="00CB0EFF"/>
    <w:rsid w:val="00CC7050"/>
    <w:rsid w:val="00CD38BA"/>
    <w:rsid w:val="00CF2FFB"/>
    <w:rsid w:val="00CF366A"/>
    <w:rsid w:val="00CF6A50"/>
    <w:rsid w:val="00D044FE"/>
    <w:rsid w:val="00D0699C"/>
    <w:rsid w:val="00D32D1D"/>
    <w:rsid w:val="00D4336A"/>
    <w:rsid w:val="00D50FBD"/>
    <w:rsid w:val="00D52709"/>
    <w:rsid w:val="00D7588B"/>
    <w:rsid w:val="00DD3572"/>
    <w:rsid w:val="00E15AEB"/>
    <w:rsid w:val="00E26AAF"/>
    <w:rsid w:val="00E27362"/>
    <w:rsid w:val="00E62858"/>
    <w:rsid w:val="00E71BB5"/>
    <w:rsid w:val="00E7641E"/>
    <w:rsid w:val="00E932EA"/>
    <w:rsid w:val="00EA0A6B"/>
    <w:rsid w:val="00EA1A11"/>
    <w:rsid w:val="00EB5748"/>
    <w:rsid w:val="00ED43EC"/>
    <w:rsid w:val="00EE1AA5"/>
    <w:rsid w:val="00EF12A2"/>
    <w:rsid w:val="00F05F4D"/>
    <w:rsid w:val="00F068E5"/>
    <w:rsid w:val="00F075B0"/>
    <w:rsid w:val="00F51CF0"/>
    <w:rsid w:val="00F60274"/>
    <w:rsid w:val="00F92104"/>
    <w:rsid w:val="00FB3270"/>
    <w:rsid w:val="00FC011B"/>
    <w:rsid w:val="00FC17B2"/>
    <w:rsid w:val="00FC693F"/>
    <w:rsid w:val="00FF0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CB7797"/>
  <w14:defaultImageDpi w14:val="300"/>
  <w15:docId w15:val="{9D3D8460-7597-4AFD-90D4-C4EB0284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ind w:firstLine="709"/>
      <w:jc w:val="both"/>
    </w:pPr>
    <w:rPr>
      <w:rFonts w:ascii="Times New Roman" w:eastAsia="Times New Roman" w:hAnsi="Times New Roman"/>
      <w:sz w:val="24"/>
    </w:rPr>
  </w:style>
  <w:style w:type="paragraph" w:styleId="Ttulo1">
    <w:name w:val="heading 1"/>
    <w:basedOn w:val="Normal"/>
    <w:next w:val="Normal"/>
    <w:link w:val="Ttulo1Char"/>
    <w:uiPriority w:val="9"/>
    <w:qFormat/>
    <w:rsid w:val="00FC693F"/>
    <w:pPr>
      <w:keepNext/>
      <w:keepLines/>
      <w:spacing w:before="120" w:after="60"/>
      <w:ind w:firstLine="0"/>
      <w:outlineLvl w:val="0"/>
    </w:pPr>
    <w:rPr>
      <w:rFonts w:asciiTheme="majorHAnsi" w:eastAsiaTheme="majorEastAsia" w:hAnsiTheme="majorHAnsi" w:cstheme="majorBidi"/>
      <w:b/>
      <w:bCs/>
      <w:color w:val="365F91" w:themeColor="accent1" w:themeShade="BF"/>
      <w:szCs w:val="28"/>
    </w:rPr>
  </w:style>
  <w:style w:type="paragraph" w:styleId="Ttulo2">
    <w:name w:val="heading 2"/>
    <w:basedOn w:val="Normal"/>
    <w:next w:val="Normal"/>
    <w:link w:val="Ttulo2Char"/>
    <w:uiPriority w:val="9"/>
    <w:unhideWhenUsed/>
    <w:qFormat/>
    <w:rsid w:val="00FC693F"/>
    <w:pPr>
      <w:keepNext/>
      <w:keepLines/>
      <w:spacing w:before="120" w:after="60"/>
      <w:ind w:firstLine="0"/>
      <w:outlineLvl w:val="1"/>
    </w:pPr>
    <w:rPr>
      <w:rFonts w:asciiTheme="majorHAnsi" w:eastAsiaTheme="majorEastAsia" w:hAnsiTheme="majorHAnsi" w:cstheme="majorBidi"/>
      <w:b/>
      <w:bCs/>
      <w:color w:val="4F81BD" w:themeColor="accent1"/>
      <w:szCs w:val="26"/>
    </w:rPr>
  </w:style>
  <w:style w:type="paragraph" w:styleId="Ttulo3">
    <w:name w:val="heading 3"/>
    <w:basedOn w:val="Normal"/>
    <w:next w:val="Normal"/>
    <w:link w:val="Ttulo3Char"/>
    <w:uiPriority w:val="9"/>
    <w:unhideWhenUsed/>
    <w:qFormat/>
    <w:rsid w:val="00FC693F"/>
    <w:pPr>
      <w:keepNext/>
      <w:keepLines/>
      <w:spacing w:before="120" w:after="60"/>
      <w:ind w:firstLine="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oeAbstract">
    <w:name w:val="Resumo e Abstract"/>
    <w:basedOn w:val="Normal"/>
    <w:pPr>
      <w:ind w:firstLine="0"/>
    </w:pPr>
    <w:rPr>
      <w:sz w:val="20"/>
    </w:rPr>
  </w:style>
  <w:style w:type="paragraph" w:customStyle="1" w:styleId="Legenda1">
    <w:name w:val="Legenda1"/>
    <w:basedOn w:val="Normal"/>
    <w:pPr>
      <w:ind w:firstLine="0"/>
      <w:jc w:val="center"/>
    </w:pPr>
    <w:rPr>
      <w:sz w:val="20"/>
    </w:rPr>
  </w:style>
  <w:style w:type="paragraph" w:customStyle="1" w:styleId="Fonte">
    <w:name w:val="Fonte"/>
    <w:basedOn w:val="Normal"/>
    <w:pPr>
      <w:ind w:firstLine="0"/>
      <w:jc w:val="left"/>
    </w:pPr>
    <w:rPr>
      <w:sz w:val="20"/>
    </w:rPr>
  </w:style>
  <w:style w:type="paragraph" w:customStyle="1" w:styleId="Instruo">
    <w:name w:val="Instrução"/>
    <w:basedOn w:val="Normal"/>
    <w:pPr>
      <w:ind w:firstLine="0"/>
      <w:jc w:val="left"/>
    </w:pPr>
    <w:rPr>
      <w:sz w:val="18"/>
    </w:rPr>
  </w:style>
  <w:style w:type="paragraph" w:customStyle="1" w:styleId="Referncia">
    <w:name w:val="Referência"/>
    <w:basedOn w:val="Normal"/>
    <w:pPr>
      <w:ind w:firstLine="0"/>
      <w:jc w:val="left"/>
    </w:pPr>
    <w:rPr>
      <w:sz w:val="20"/>
    </w:rPr>
  </w:style>
  <w:style w:type="paragraph" w:styleId="NormalWeb">
    <w:name w:val="Normal (Web)"/>
    <w:basedOn w:val="Normal"/>
    <w:uiPriority w:val="99"/>
    <w:semiHidden/>
    <w:unhideWhenUsed/>
    <w:rsid w:val="00A837D5"/>
    <w:rPr>
      <w:rFonts w:cs="Times New Roman"/>
      <w:szCs w:val="24"/>
    </w:rPr>
  </w:style>
  <w:style w:type="character" w:styleId="Refdecomentrio">
    <w:name w:val="annotation reference"/>
    <w:basedOn w:val="Fontepargpadro"/>
    <w:uiPriority w:val="99"/>
    <w:semiHidden/>
    <w:unhideWhenUsed/>
    <w:rsid w:val="000727DD"/>
    <w:rPr>
      <w:sz w:val="16"/>
      <w:szCs w:val="16"/>
    </w:rPr>
  </w:style>
  <w:style w:type="paragraph" w:styleId="Textodecomentrio">
    <w:name w:val="annotation text"/>
    <w:basedOn w:val="Normal"/>
    <w:link w:val="TextodecomentrioChar"/>
    <w:uiPriority w:val="99"/>
    <w:semiHidden/>
    <w:unhideWhenUsed/>
    <w:rsid w:val="000727DD"/>
    <w:pPr>
      <w:spacing w:after="160"/>
      <w:ind w:firstLine="0"/>
      <w:jc w:val="left"/>
    </w:pPr>
    <w:rPr>
      <w:rFonts w:asciiTheme="minorHAnsi" w:eastAsiaTheme="minorHAnsi" w:hAnsiTheme="minorHAnsi"/>
      <w:sz w:val="20"/>
      <w:szCs w:val="20"/>
      <w:lang w:val="pt-BR"/>
    </w:rPr>
  </w:style>
  <w:style w:type="character" w:customStyle="1" w:styleId="TextodecomentrioChar">
    <w:name w:val="Texto de comentário Char"/>
    <w:basedOn w:val="Fontepargpadro"/>
    <w:link w:val="Textodecomentrio"/>
    <w:uiPriority w:val="99"/>
    <w:semiHidden/>
    <w:rsid w:val="000727DD"/>
    <w:rPr>
      <w:rFonts w:eastAsiaTheme="minorHAnsi"/>
      <w:sz w:val="20"/>
      <w:szCs w:val="20"/>
      <w:lang w:val="pt-BR"/>
    </w:rPr>
  </w:style>
  <w:style w:type="paragraph" w:styleId="Textodenotaderodap">
    <w:name w:val="footnote text"/>
    <w:basedOn w:val="Normal"/>
    <w:link w:val="TextodenotaderodapChar"/>
    <w:uiPriority w:val="99"/>
    <w:semiHidden/>
    <w:unhideWhenUsed/>
    <w:rsid w:val="006B1F00"/>
    <w:rPr>
      <w:sz w:val="20"/>
      <w:szCs w:val="20"/>
    </w:rPr>
  </w:style>
  <w:style w:type="character" w:customStyle="1" w:styleId="TextodenotaderodapChar">
    <w:name w:val="Texto de nota de rodapé Char"/>
    <w:basedOn w:val="Fontepargpadro"/>
    <w:link w:val="Textodenotaderodap"/>
    <w:uiPriority w:val="99"/>
    <w:semiHidden/>
    <w:rsid w:val="006B1F00"/>
    <w:rPr>
      <w:rFonts w:ascii="Times New Roman" w:eastAsia="Times New Roman" w:hAnsi="Times New Roman"/>
      <w:sz w:val="20"/>
      <w:szCs w:val="20"/>
    </w:rPr>
  </w:style>
  <w:style w:type="character" w:styleId="Refdenotaderodap">
    <w:name w:val="footnote reference"/>
    <w:basedOn w:val="Fontepargpadro"/>
    <w:uiPriority w:val="99"/>
    <w:semiHidden/>
    <w:unhideWhenUsed/>
    <w:rsid w:val="006B1F00"/>
    <w:rPr>
      <w:vertAlign w:val="superscript"/>
    </w:rPr>
  </w:style>
  <w:style w:type="character" w:styleId="Hyperlink">
    <w:name w:val="Hyperlink"/>
    <w:basedOn w:val="Fontepargpadro"/>
    <w:uiPriority w:val="99"/>
    <w:unhideWhenUsed/>
    <w:rsid w:val="00B179CC"/>
    <w:rPr>
      <w:color w:val="0000FF" w:themeColor="hyperlink"/>
      <w:u w:val="single"/>
    </w:rPr>
  </w:style>
  <w:style w:type="character" w:styleId="MenoPendente">
    <w:name w:val="Unresolved Mention"/>
    <w:basedOn w:val="Fontepargpadro"/>
    <w:uiPriority w:val="99"/>
    <w:semiHidden/>
    <w:unhideWhenUsed/>
    <w:rsid w:val="00B179CC"/>
    <w:rPr>
      <w:color w:val="605E5C"/>
      <w:shd w:val="clear" w:color="auto" w:fill="E1DFDD"/>
    </w:rPr>
  </w:style>
  <w:style w:type="paragraph" w:styleId="Assuntodocomentrio">
    <w:name w:val="annotation subject"/>
    <w:basedOn w:val="Textodecomentrio"/>
    <w:next w:val="Textodecomentrio"/>
    <w:link w:val="AssuntodocomentrioChar"/>
    <w:uiPriority w:val="99"/>
    <w:semiHidden/>
    <w:unhideWhenUsed/>
    <w:rsid w:val="006662D1"/>
    <w:pPr>
      <w:spacing w:after="0"/>
      <w:ind w:firstLine="709"/>
      <w:jc w:val="both"/>
    </w:pPr>
    <w:rPr>
      <w:rFonts w:ascii="Times New Roman" w:eastAsia="Times New Roman" w:hAnsi="Times New Roman"/>
      <w:b/>
      <w:bCs/>
      <w:lang w:val="en-US"/>
    </w:rPr>
  </w:style>
  <w:style w:type="character" w:customStyle="1" w:styleId="AssuntodocomentrioChar">
    <w:name w:val="Assunto do comentário Char"/>
    <w:basedOn w:val="TextodecomentrioChar"/>
    <w:link w:val="Assuntodocomentrio"/>
    <w:uiPriority w:val="99"/>
    <w:semiHidden/>
    <w:rsid w:val="006662D1"/>
    <w:rPr>
      <w:rFonts w:ascii="Times New Roman" w:eastAsia="Times New Roman" w:hAnsi="Times New Roman"/>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7714">
      <w:bodyDiv w:val="1"/>
      <w:marLeft w:val="0"/>
      <w:marRight w:val="0"/>
      <w:marTop w:val="0"/>
      <w:marBottom w:val="0"/>
      <w:divBdr>
        <w:top w:val="none" w:sz="0" w:space="0" w:color="auto"/>
        <w:left w:val="none" w:sz="0" w:space="0" w:color="auto"/>
        <w:bottom w:val="none" w:sz="0" w:space="0" w:color="auto"/>
        <w:right w:val="none" w:sz="0" w:space="0" w:color="auto"/>
      </w:divBdr>
      <w:divsChild>
        <w:div w:id="840853825">
          <w:marLeft w:val="0"/>
          <w:marRight w:val="0"/>
          <w:marTop w:val="0"/>
          <w:marBottom w:val="0"/>
          <w:divBdr>
            <w:top w:val="none" w:sz="0" w:space="0" w:color="auto"/>
            <w:left w:val="none" w:sz="0" w:space="0" w:color="auto"/>
            <w:bottom w:val="none" w:sz="0" w:space="0" w:color="auto"/>
            <w:right w:val="none" w:sz="0" w:space="0" w:color="auto"/>
          </w:divBdr>
          <w:divsChild>
            <w:div w:id="1546601588">
              <w:marLeft w:val="0"/>
              <w:marRight w:val="0"/>
              <w:marTop w:val="0"/>
              <w:marBottom w:val="0"/>
              <w:divBdr>
                <w:top w:val="none" w:sz="0" w:space="0" w:color="auto"/>
                <w:left w:val="none" w:sz="0" w:space="0" w:color="auto"/>
                <w:bottom w:val="none" w:sz="0" w:space="0" w:color="auto"/>
                <w:right w:val="none" w:sz="0" w:space="0" w:color="auto"/>
              </w:divBdr>
              <w:divsChild>
                <w:div w:id="6405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082424">
      <w:bodyDiv w:val="1"/>
      <w:marLeft w:val="0"/>
      <w:marRight w:val="0"/>
      <w:marTop w:val="0"/>
      <w:marBottom w:val="0"/>
      <w:divBdr>
        <w:top w:val="none" w:sz="0" w:space="0" w:color="auto"/>
        <w:left w:val="none" w:sz="0" w:space="0" w:color="auto"/>
        <w:bottom w:val="none" w:sz="0" w:space="0" w:color="auto"/>
        <w:right w:val="none" w:sz="0" w:space="0" w:color="auto"/>
      </w:divBdr>
      <w:divsChild>
        <w:div w:id="2138913947">
          <w:marLeft w:val="0"/>
          <w:marRight w:val="0"/>
          <w:marTop w:val="0"/>
          <w:marBottom w:val="0"/>
          <w:divBdr>
            <w:top w:val="none" w:sz="0" w:space="0" w:color="auto"/>
            <w:left w:val="none" w:sz="0" w:space="0" w:color="auto"/>
            <w:bottom w:val="none" w:sz="0" w:space="0" w:color="auto"/>
            <w:right w:val="none" w:sz="0" w:space="0" w:color="auto"/>
          </w:divBdr>
          <w:divsChild>
            <w:div w:id="862286376">
              <w:marLeft w:val="0"/>
              <w:marRight w:val="0"/>
              <w:marTop w:val="0"/>
              <w:marBottom w:val="0"/>
              <w:divBdr>
                <w:top w:val="none" w:sz="0" w:space="0" w:color="auto"/>
                <w:left w:val="none" w:sz="0" w:space="0" w:color="auto"/>
                <w:bottom w:val="none" w:sz="0" w:space="0" w:color="auto"/>
                <w:right w:val="none" w:sz="0" w:space="0" w:color="auto"/>
              </w:divBdr>
              <w:divsChild>
                <w:div w:id="11746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99399">
      <w:bodyDiv w:val="1"/>
      <w:marLeft w:val="0"/>
      <w:marRight w:val="0"/>
      <w:marTop w:val="0"/>
      <w:marBottom w:val="0"/>
      <w:divBdr>
        <w:top w:val="none" w:sz="0" w:space="0" w:color="auto"/>
        <w:left w:val="none" w:sz="0" w:space="0" w:color="auto"/>
        <w:bottom w:val="none" w:sz="0" w:space="0" w:color="auto"/>
        <w:right w:val="none" w:sz="0" w:space="0" w:color="auto"/>
      </w:divBdr>
    </w:div>
    <w:div w:id="1145514192">
      <w:bodyDiv w:val="1"/>
      <w:marLeft w:val="0"/>
      <w:marRight w:val="0"/>
      <w:marTop w:val="0"/>
      <w:marBottom w:val="0"/>
      <w:divBdr>
        <w:top w:val="none" w:sz="0" w:space="0" w:color="auto"/>
        <w:left w:val="none" w:sz="0" w:space="0" w:color="auto"/>
        <w:bottom w:val="none" w:sz="0" w:space="0" w:color="auto"/>
        <w:right w:val="none" w:sz="0" w:space="0" w:color="auto"/>
      </w:divBdr>
    </w:div>
    <w:div w:id="1228149987">
      <w:bodyDiv w:val="1"/>
      <w:marLeft w:val="0"/>
      <w:marRight w:val="0"/>
      <w:marTop w:val="0"/>
      <w:marBottom w:val="0"/>
      <w:divBdr>
        <w:top w:val="none" w:sz="0" w:space="0" w:color="auto"/>
        <w:left w:val="none" w:sz="0" w:space="0" w:color="auto"/>
        <w:bottom w:val="none" w:sz="0" w:space="0" w:color="auto"/>
        <w:right w:val="none" w:sz="0" w:space="0" w:color="auto"/>
      </w:divBdr>
    </w:div>
    <w:div w:id="1326474854">
      <w:bodyDiv w:val="1"/>
      <w:marLeft w:val="0"/>
      <w:marRight w:val="0"/>
      <w:marTop w:val="0"/>
      <w:marBottom w:val="0"/>
      <w:divBdr>
        <w:top w:val="none" w:sz="0" w:space="0" w:color="auto"/>
        <w:left w:val="none" w:sz="0" w:space="0" w:color="auto"/>
        <w:bottom w:val="none" w:sz="0" w:space="0" w:color="auto"/>
        <w:right w:val="none" w:sz="0" w:space="0" w:color="auto"/>
      </w:divBdr>
    </w:div>
    <w:div w:id="1489396405">
      <w:bodyDiv w:val="1"/>
      <w:marLeft w:val="0"/>
      <w:marRight w:val="0"/>
      <w:marTop w:val="0"/>
      <w:marBottom w:val="0"/>
      <w:divBdr>
        <w:top w:val="none" w:sz="0" w:space="0" w:color="auto"/>
        <w:left w:val="none" w:sz="0" w:space="0" w:color="auto"/>
        <w:bottom w:val="none" w:sz="0" w:space="0" w:color="auto"/>
        <w:right w:val="none" w:sz="0" w:space="0" w:color="auto"/>
      </w:divBdr>
    </w:div>
    <w:div w:id="1521117564">
      <w:bodyDiv w:val="1"/>
      <w:marLeft w:val="0"/>
      <w:marRight w:val="0"/>
      <w:marTop w:val="0"/>
      <w:marBottom w:val="0"/>
      <w:divBdr>
        <w:top w:val="none" w:sz="0" w:space="0" w:color="auto"/>
        <w:left w:val="none" w:sz="0" w:space="0" w:color="auto"/>
        <w:bottom w:val="none" w:sz="0" w:space="0" w:color="auto"/>
        <w:right w:val="none" w:sz="0" w:space="0" w:color="auto"/>
      </w:divBdr>
    </w:div>
    <w:div w:id="1524708640">
      <w:bodyDiv w:val="1"/>
      <w:marLeft w:val="0"/>
      <w:marRight w:val="0"/>
      <w:marTop w:val="0"/>
      <w:marBottom w:val="0"/>
      <w:divBdr>
        <w:top w:val="none" w:sz="0" w:space="0" w:color="auto"/>
        <w:left w:val="none" w:sz="0" w:space="0" w:color="auto"/>
        <w:bottom w:val="none" w:sz="0" w:space="0" w:color="auto"/>
        <w:right w:val="none" w:sz="0" w:space="0" w:color="auto"/>
      </w:divBdr>
    </w:div>
    <w:div w:id="1699045111">
      <w:bodyDiv w:val="1"/>
      <w:marLeft w:val="0"/>
      <w:marRight w:val="0"/>
      <w:marTop w:val="0"/>
      <w:marBottom w:val="0"/>
      <w:divBdr>
        <w:top w:val="none" w:sz="0" w:space="0" w:color="auto"/>
        <w:left w:val="none" w:sz="0" w:space="0" w:color="auto"/>
        <w:bottom w:val="none" w:sz="0" w:space="0" w:color="auto"/>
        <w:right w:val="none" w:sz="0" w:space="0" w:color="auto"/>
      </w:divBdr>
    </w:div>
    <w:div w:id="1795757905">
      <w:bodyDiv w:val="1"/>
      <w:marLeft w:val="0"/>
      <w:marRight w:val="0"/>
      <w:marTop w:val="0"/>
      <w:marBottom w:val="0"/>
      <w:divBdr>
        <w:top w:val="none" w:sz="0" w:space="0" w:color="auto"/>
        <w:left w:val="none" w:sz="0" w:space="0" w:color="auto"/>
        <w:bottom w:val="none" w:sz="0" w:space="0" w:color="auto"/>
        <w:right w:val="none" w:sz="0" w:space="0" w:color="auto"/>
      </w:divBdr>
    </w:div>
    <w:div w:id="21391817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drive.google.com/file/d/1nhFtu6xipA57rNG9gbYktm0Okqvi47rK/vie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doi.org/x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bkpsitecpsnew.blob.core.windows.net/uploadsitecps/sites/149/2025/05/Referencias-NBR-6023-2025.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mments" Target="comments.xml"/><Relationship Id="rId22" Type="http://schemas.microsoft.com/office/2011/relationships/people" Target="peop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nc-nd/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8</Pages>
  <Words>2412</Words>
  <Characters>13027</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Template ARTIGO COMPLETO — Revista Território, Espaço Construído e Meio Ambiente</vt:lpstr>
      <vt:lpstr/>
    </vt:vector>
  </TitlesOfParts>
  <Manager/>
  <Company/>
  <LinksUpToDate>false</LinksUpToDate>
  <CharactersWithSpaces>15409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ARTIGO COMPLETO — Revista Território, Espaço Construído e Meio Ambiente</dc:title>
  <dc:subject>Modelo editável para submissão</dc:subject>
  <dc:creator/>
  <cp:keywords/>
  <dc:description>generated by python-docx</dc:description>
  <cp:lastModifiedBy>ANA PAULA DIAS FERNANDES DE OLIVEIRA</cp:lastModifiedBy>
  <cp:revision>142</cp:revision>
  <cp:lastPrinted>2026-10-09T17:34:00Z</cp:lastPrinted>
  <dcterms:created xsi:type="dcterms:W3CDTF">2013-12-23T23:15:00Z</dcterms:created>
  <dcterms:modified xsi:type="dcterms:W3CDTF">2026-10-22T19:01:00Z</dcterms:modified>
  <cp:category/>
</cp:coreProperties>
</file>